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6FC" w:rsidRPr="00361F6F" w:rsidRDefault="005876FC" w:rsidP="005876FC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5876FC" w:rsidRPr="00361F6F" w:rsidRDefault="005876FC" w:rsidP="005876FC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0" w:name="55a7169f-c0c0-44ac-bf37-cbc776930ef9"/>
      <w:r w:rsidRPr="00361F6F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361F6F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5876FC" w:rsidRPr="00361F6F" w:rsidRDefault="005876FC" w:rsidP="005876FC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1" w:name="b160c1bf-440c-4991-9e94-e52aab997657"/>
      <w:r w:rsidRPr="00361F6F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5876FC" w:rsidRDefault="005876FC" w:rsidP="005876FC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"Многопрофильный лицей №185"</w:t>
      </w:r>
    </w:p>
    <w:p w:rsidR="005876FC" w:rsidRDefault="005876FC" w:rsidP="005876FC">
      <w:pPr>
        <w:ind w:left="120"/>
      </w:pPr>
    </w:p>
    <w:p w:rsidR="005876FC" w:rsidRDefault="005876FC" w:rsidP="005876FC">
      <w:pPr>
        <w:ind w:left="120"/>
      </w:pPr>
    </w:p>
    <w:p w:rsidR="005876FC" w:rsidRDefault="005876FC" w:rsidP="005876FC">
      <w:pPr>
        <w:ind w:left="120"/>
      </w:pPr>
    </w:p>
    <w:p w:rsidR="005876FC" w:rsidRDefault="005876FC" w:rsidP="005876FC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876FC" w:rsidRPr="0039255C" w:rsidTr="005876FC">
        <w:tc>
          <w:tcPr>
            <w:tcW w:w="3114" w:type="dxa"/>
          </w:tcPr>
          <w:p w:rsidR="005876FC" w:rsidRPr="0040209D" w:rsidRDefault="005876FC" w:rsidP="005876FC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5876FC" w:rsidRPr="008944ED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МО учителей родного (татарского) языка и литературы</w:t>
            </w:r>
          </w:p>
          <w:p w:rsidR="005876FC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5876FC" w:rsidRPr="008944ED" w:rsidRDefault="005876FC" w:rsidP="005876FC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А.Х. Гибадуллина</w:t>
            </w:r>
          </w:p>
          <w:p w:rsidR="005876FC" w:rsidRDefault="005876FC" w:rsidP="005876FC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Пед.совет №1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5876FC" w:rsidRDefault="005876FC" w:rsidP="005876FC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361F6F">
              <w:rPr>
                <w:rFonts w:ascii="Times New Roman" w:hAnsi="Times New Roman"/>
                <w:color w:val="000000"/>
                <w:szCs w:val="24"/>
              </w:rPr>
              <w:t xml:space="preserve">  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5876FC" w:rsidRPr="0040209D" w:rsidRDefault="005876FC" w:rsidP="005876FC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5876FC" w:rsidRPr="0040209D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5876FC" w:rsidRPr="008944ED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Зам.директора по УР</w:t>
            </w:r>
          </w:p>
          <w:p w:rsidR="005876FC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5876FC" w:rsidRPr="008944ED" w:rsidRDefault="005876FC" w:rsidP="005876FC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Д.Р. Киямова</w:t>
            </w:r>
          </w:p>
          <w:p w:rsidR="005876FC" w:rsidRDefault="005876FC" w:rsidP="005876FC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5876FC" w:rsidRDefault="005876FC" w:rsidP="005876FC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5876FC" w:rsidRPr="0040209D" w:rsidRDefault="005876FC" w:rsidP="005876FC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5876FC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5876FC" w:rsidRPr="008944ED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5876FC" w:rsidRDefault="005876FC" w:rsidP="005876F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5876FC" w:rsidRPr="008944ED" w:rsidRDefault="005876FC" w:rsidP="005876FC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Н.В. Стахеева</w:t>
            </w:r>
          </w:p>
          <w:p w:rsidR="005876FC" w:rsidRDefault="005876FC" w:rsidP="005876FC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5876FC" w:rsidRDefault="005876FC" w:rsidP="005876FC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5876FC" w:rsidRPr="0040209D" w:rsidRDefault="005876FC" w:rsidP="005876FC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5876FC" w:rsidRPr="00361F6F" w:rsidRDefault="005876FC" w:rsidP="005876FC">
      <w:pPr>
        <w:ind w:left="120"/>
      </w:pPr>
    </w:p>
    <w:p w:rsidR="005876FC" w:rsidRPr="00361F6F" w:rsidRDefault="005876FC" w:rsidP="005876FC">
      <w:pPr>
        <w:ind w:left="120"/>
      </w:pPr>
      <w:r w:rsidRPr="00361F6F">
        <w:rPr>
          <w:rFonts w:ascii="Times New Roman" w:hAnsi="Times New Roman"/>
          <w:color w:val="000000"/>
          <w:sz w:val="28"/>
        </w:rPr>
        <w:t>‌</w:t>
      </w:r>
    </w:p>
    <w:p w:rsidR="005876FC" w:rsidRPr="00361F6F" w:rsidRDefault="005876FC" w:rsidP="005876FC">
      <w:pPr>
        <w:ind w:left="120"/>
      </w:pPr>
    </w:p>
    <w:p w:rsidR="005876FC" w:rsidRPr="00361F6F" w:rsidRDefault="005876FC" w:rsidP="005876FC">
      <w:pPr>
        <w:ind w:left="120"/>
      </w:pPr>
    </w:p>
    <w:p w:rsidR="005876FC" w:rsidRPr="00361F6F" w:rsidRDefault="005876FC" w:rsidP="005876FC">
      <w:pPr>
        <w:ind w:left="120"/>
      </w:pPr>
    </w:p>
    <w:p w:rsidR="005876FC" w:rsidRPr="00361F6F" w:rsidRDefault="005876FC" w:rsidP="005876FC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5876FC" w:rsidRPr="00361F6F" w:rsidRDefault="005876FC" w:rsidP="005876FC">
      <w:pPr>
        <w:ind w:left="120"/>
        <w:jc w:val="center"/>
      </w:pPr>
    </w:p>
    <w:p w:rsidR="005876FC" w:rsidRPr="00361F6F" w:rsidRDefault="005876FC" w:rsidP="005876FC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</w:p>
    <w:p w:rsidR="005876FC" w:rsidRDefault="005876FC" w:rsidP="005876FC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 w:rsidRPr="00361F6F"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>5</w:t>
      </w:r>
      <w:r w:rsidRPr="00361F6F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9</w:t>
      </w:r>
      <w:r w:rsidRPr="00361F6F">
        <w:rPr>
          <w:rFonts w:ascii="Times New Roman" w:hAnsi="Times New Roman"/>
          <w:color w:val="000000"/>
          <w:sz w:val="28"/>
        </w:rPr>
        <w:t xml:space="preserve"> классов </w:t>
      </w:r>
    </w:p>
    <w:p w:rsidR="005876FC" w:rsidRDefault="005876FC" w:rsidP="005876FC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5876FC" w:rsidRDefault="005876FC" w:rsidP="005876FC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5876FC" w:rsidRDefault="005876FC" w:rsidP="005876FC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5876FC" w:rsidRDefault="005876FC" w:rsidP="005876FC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5876FC" w:rsidRDefault="005876FC" w:rsidP="005876FC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5876FC" w:rsidRDefault="005876FC" w:rsidP="005876FC">
      <w:pPr>
        <w:spacing w:line="408" w:lineRule="auto"/>
        <w:rPr>
          <w:rFonts w:ascii="Times New Roman" w:hAnsi="Times New Roman"/>
          <w:color w:val="000000"/>
          <w:sz w:val="28"/>
        </w:rPr>
      </w:pPr>
    </w:p>
    <w:p w:rsidR="005876FC" w:rsidRDefault="005876FC" w:rsidP="005876FC">
      <w:pPr>
        <w:ind w:left="120"/>
        <w:jc w:val="center"/>
        <w:rPr>
          <w:rFonts w:ascii="Times New Roman" w:hAnsi="Times New Roman"/>
          <w:color w:val="000000"/>
          <w:sz w:val="28"/>
        </w:rPr>
      </w:pPr>
      <w:bookmarkStart w:id="2" w:name="8960954b-15b1-4c85-b40b-ae95f67136d9"/>
      <w:r w:rsidRPr="00361F6F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361F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2b7bbf9c-2491-40e5-bd35-a2a44bd1331b"/>
      <w:r w:rsidRPr="00361F6F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5876FC" w:rsidRPr="00361F6F" w:rsidRDefault="005876FC" w:rsidP="005876FC">
      <w:pPr>
        <w:ind w:left="120"/>
        <w:jc w:val="center"/>
      </w:pPr>
    </w:p>
    <w:p w:rsidR="00D51E31" w:rsidRPr="005876FC" w:rsidRDefault="00D51E31" w:rsidP="00B609C4">
      <w:pPr>
        <w:pStyle w:val="a6"/>
        <w:spacing w:before="0" w:beforeAutospacing="0" w:after="0" w:afterAutospacing="0" w:line="276" w:lineRule="auto"/>
        <w:rPr>
          <w:rStyle w:val="a5"/>
        </w:rPr>
      </w:pPr>
    </w:p>
    <w:p w:rsidR="00D51E31" w:rsidRPr="005876FC" w:rsidRDefault="00D51E31" w:rsidP="00B609C4">
      <w:pPr>
        <w:pStyle w:val="a6"/>
        <w:spacing w:before="0" w:beforeAutospacing="0" w:after="0" w:afterAutospacing="0"/>
        <w:jc w:val="center"/>
        <w:rPr>
          <w:color w:val="333333"/>
          <w:sz w:val="28"/>
          <w:szCs w:val="28"/>
        </w:rPr>
      </w:pPr>
      <w:r w:rsidRPr="005876FC">
        <w:rPr>
          <w:rStyle w:val="a5"/>
          <w:sz w:val="28"/>
          <w:szCs w:val="28"/>
        </w:rPr>
        <w:t>ПОЯСНИТЕЛЬНАЯ ЗАПИСКА</w:t>
      </w:r>
    </w:p>
    <w:p w:rsidR="00B609C4" w:rsidRPr="005876FC" w:rsidRDefault="00D51E31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  <w:lang w:val="tt-RU"/>
        </w:rPr>
        <w:tab/>
      </w:r>
      <w:r w:rsidR="00B609C4" w:rsidRPr="005876FC">
        <w:rPr>
          <w:rFonts w:ascii="Times New Roman" w:hAnsi="Times New Roman"/>
          <w:sz w:val="28"/>
          <w:szCs w:val="28"/>
        </w:rPr>
        <w:t>Федеральная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(далее соответственно – программа по государственному (татарскому) языку, государственный (татарский) язык, татарский язык) разработана для обучающихся, не владеющих татарским языком, и включает пояснительную записку, содержание обучения, планируемые результаты освоения программы по государственному (татарскому) языку.</w:t>
      </w:r>
    </w:p>
    <w:p w:rsidR="00D51E31" w:rsidRPr="005876FC" w:rsidRDefault="005138E7" w:rsidP="00B609C4">
      <w:pPr>
        <w:pStyle w:val="24"/>
        <w:shd w:val="clear" w:color="auto" w:fill="auto"/>
        <w:tabs>
          <w:tab w:val="left" w:pos="1393"/>
        </w:tabs>
        <w:spacing w:before="0" w:after="0" w:line="240" w:lineRule="auto"/>
        <w:rPr>
          <w:lang w:val="tt-RU"/>
        </w:rPr>
      </w:pPr>
      <w:r w:rsidRPr="005876FC">
        <w:rPr>
          <w:lang w:val="tt-RU"/>
        </w:rPr>
        <w:t xml:space="preserve">           </w:t>
      </w:r>
      <w:r w:rsidR="00B609C4" w:rsidRPr="005876FC">
        <w:t> Пояснительная записка отражает общие цели изучения государственного (татарского) языка, место в структуре учебного плана, а также подходы к отбору содержания, к определению планируемых результатов</w:t>
      </w:r>
      <w:r w:rsidR="00D51E31" w:rsidRPr="005876FC">
        <w:t>.</w:t>
      </w:r>
    </w:p>
    <w:p w:rsidR="00D51E31" w:rsidRPr="005876FC" w:rsidRDefault="00D51E31" w:rsidP="00B609C4">
      <w:pPr>
        <w:jc w:val="center"/>
        <w:rPr>
          <w:rStyle w:val="a5"/>
          <w:rFonts w:ascii="Times New Roman" w:hAnsi="Times New Roman"/>
          <w:color w:val="333333"/>
          <w:sz w:val="28"/>
          <w:szCs w:val="28"/>
          <w:lang w:val="tt-RU"/>
        </w:rPr>
      </w:pPr>
      <w:r w:rsidRPr="005876F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br/>
      </w:r>
      <w:r w:rsidRPr="005876FC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>ОБЩАЯ</w:t>
      </w:r>
      <w:r w:rsidRPr="005876FC">
        <w:rPr>
          <w:rFonts w:ascii="Times New Roman" w:hAnsi="Times New Roman"/>
          <w:color w:val="333333"/>
          <w:sz w:val="28"/>
          <w:szCs w:val="28"/>
          <w:lang w:val="tt-RU"/>
        </w:rPr>
        <w:t xml:space="preserve"> </w:t>
      </w:r>
      <w:r w:rsidRPr="005876FC">
        <w:rPr>
          <w:rStyle w:val="a5"/>
          <w:rFonts w:ascii="Times New Roman" w:hAnsi="Times New Roman"/>
          <w:color w:val="333333"/>
          <w:sz w:val="28"/>
          <w:szCs w:val="28"/>
        </w:rPr>
        <w:t>ХАРАКТЕРИСТИКА УЧЕБНОГО ПРЕДМЕТА  «</w:t>
      </w:r>
      <w:r w:rsidR="00B609C4" w:rsidRPr="005876FC">
        <w:rPr>
          <w:rStyle w:val="a5"/>
          <w:rFonts w:ascii="Times New Roman" w:hAnsi="Times New Roman"/>
          <w:color w:val="333333"/>
          <w:sz w:val="28"/>
          <w:szCs w:val="28"/>
          <w:lang w:val="tt-RU"/>
        </w:rPr>
        <w:t>ГОСУДАРСТВЕННЫЙ</w:t>
      </w:r>
      <w:r w:rsidRPr="005876FC">
        <w:rPr>
          <w:rStyle w:val="a5"/>
          <w:rFonts w:ascii="Times New Roman" w:hAnsi="Times New Roman"/>
          <w:color w:val="333333"/>
          <w:sz w:val="28"/>
          <w:szCs w:val="28"/>
          <w:lang w:val="tt-RU"/>
        </w:rPr>
        <w:t xml:space="preserve"> (ТАТАРСКИЙ)</w:t>
      </w:r>
      <w:r w:rsidRPr="005876FC">
        <w:rPr>
          <w:rStyle w:val="a5"/>
          <w:rFonts w:ascii="Times New Roman" w:hAnsi="Times New Roman"/>
          <w:color w:val="333333"/>
          <w:sz w:val="28"/>
          <w:szCs w:val="28"/>
        </w:rPr>
        <w:t xml:space="preserve"> ЯЗЫК»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Программа по государственному (татарскому) языку обеспечивает преемственность между уровнями общего образования. Концентрический принцип подачи материала позволяет повторить и закрепить освоенные на определённом этапе грамматические формы и конструкции на новом лексическом материале и расширяющемся тематическом содержании речи. В каждом классе даются новые элементы содержания, предъявляются новые требования к коммуникативным умениям обучающихся.</w:t>
      </w:r>
    </w:p>
    <w:p w:rsidR="00B609C4" w:rsidRPr="005876FC" w:rsidRDefault="00B609C4" w:rsidP="00B609C4">
      <w:pPr>
        <w:pStyle w:val="24"/>
        <w:shd w:val="clear" w:color="auto" w:fill="auto"/>
        <w:tabs>
          <w:tab w:val="left" w:pos="1393"/>
        </w:tabs>
        <w:spacing w:before="0" w:after="0" w:line="240" w:lineRule="auto"/>
      </w:pPr>
    </w:p>
    <w:p w:rsidR="00D51E31" w:rsidRPr="005876FC" w:rsidRDefault="00D51E31" w:rsidP="00B609C4">
      <w:pPr>
        <w:jc w:val="center"/>
        <w:rPr>
          <w:rStyle w:val="a5"/>
          <w:rFonts w:ascii="Times New Roman" w:hAnsi="Times New Roman"/>
          <w:color w:val="333333"/>
          <w:sz w:val="28"/>
          <w:szCs w:val="28"/>
          <w:lang w:val="tt-RU"/>
        </w:rPr>
      </w:pPr>
      <w:r w:rsidRPr="005876FC">
        <w:rPr>
          <w:rStyle w:val="a5"/>
          <w:rFonts w:ascii="Times New Roman" w:hAnsi="Times New Roman"/>
          <w:color w:val="333333"/>
          <w:sz w:val="28"/>
          <w:szCs w:val="28"/>
        </w:rPr>
        <w:t>ЦЕЛИ ИЗУЧЕНИЯ УЧЕБНОГО ПРЕДМЕТА  «</w:t>
      </w:r>
      <w:r w:rsidR="00B609C4" w:rsidRPr="005876FC">
        <w:rPr>
          <w:rStyle w:val="a5"/>
          <w:rFonts w:ascii="Times New Roman" w:hAnsi="Times New Roman"/>
          <w:color w:val="333333"/>
          <w:sz w:val="28"/>
          <w:szCs w:val="28"/>
          <w:lang w:val="tt-RU"/>
        </w:rPr>
        <w:t>ГОСУДАРСТВЕННЫЙ</w:t>
      </w:r>
      <w:r w:rsidRPr="005876FC">
        <w:rPr>
          <w:rStyle w:val="a5"/>
          <w:rFonts w:ascii="Times New Roman" w:hAnsi="Times New Roman"/>
          <w:color w:val="333333"/>
          <w:sz w:val="28"/>
          <w:szCs w:val="28"/>
        </w:rPr>
        <w:t xml:space="preserve"> </w:t>
      </w:r>
      <w:r w:rsidRPr="005876FC">
        <w:rPr>
          <w:rStyle w:val="a5"/>
          <w:rFonts w:ascii="Times New Roman" w:hAnsi="Times New Roman"/>
          <w:color w:val="333333"/>
          <w:sz w:val="28"/>
          <w:szCs w:val="28"/>
          <w:lang w:val="tt-RU"/>
        </w:rPr>
        <w:t xml:space="preserve">(ТАТАРСКИЙ) </w:t>
      </w:r>
      <w:r w:rsidRPr="005876FC">
        <w:rPr>
          <w:rStyle w:val="a5"/>
          <w:rFonts w:ascii="Times New Roman" w:hAnsi="Times New Roman"/>
          <w:color w:val="333333"/>
          <w:sz w:val="28"/>
          <w:szCs w:val="28"/>
        </w:rPr>
        <w:t>ЯЗЫК</w:t>
      </w:r>
      <w:r w:rsidR="000514CE" w:rsidRPr="005876FC">
        <w:rPr>
          <w:rStyle w:val="a5"/>
          <w:rFonts w:ascii="Times New Roman" w:hAnsi="Times New Roman"/>
          <w:color w:val="333333"/>
          <w:sz w:val="28"/>
          <w:szCs w:val="28"/>
        </w:rPr>
        <w:t xml:space="preserve"> РЕСПУБЛИКИ ТАТАРСТАН</w:t>
      </w:r>
      <w:r w:rsidRPr="005876FC">
        <w:rPr>
          <w:rStyle w:val="a5"/>
          <w:rFonts w:ascii="Times New Roman" w:hAnsi="Times New Roman"/>
          <w:color w:val="333333"/>
          <w:sz w:val="28"/>
          <w:szCs w:val="28"/>
        </w:rPr>
        <w:t>»</w:t>
      </w:r>
    </w:p>
    <w:p w:rsidR="00B609C4" w:rsidRPr="005876FC" w:rsidRDefault="00D51E31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  <w:lang w:val="tt-RU"/>
        </w:rPr>
        <w:t xml:space="preserve">            </w:t>
      </w:r>
      <w:r w:rsidR="00B609C4" w:rsidRPr="005876FC">
        <w:rPr>
          <w:rFonts w:ascii="Times New Roman" w:hAnsi="Times New Roman"/>
          <w:sz w:val="28"/>
          <w:szCs w:val="28"/>
        </w:rPr>
        <w:t>Изучение государственного (татарского) языка направлено на достижение следующих целей: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  <w:lang w:val="tt-RU"/>
        </w:rPr>
        <w:t>-</w:t>
      </w:r>
      <w:r w:rsidRPr="005876FC">
        <w:rPr>
          <w:rFonts w:ascii="Times New Roman" w:hAnsi="Times New Roman"/>
          <w:sz w:val="28"/>
          <w:szCs w:val="28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  <w:lang w:val="tt-RU"/>
        </w:rPr>
        <w:t>-</w:t>
      </w:r>
      <w:r w:rsidRPr="005876FC">
        <w:rPr>
          <w:rFonts w:ascii="Times New Roman" w:hAnsi="Times New Roman"/>
          <w:sz w:val="28"/>
          <w:szCs w:val="28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необходимый для успешной социализации и самореализации;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  <w:lang w:val="tt-RU"/>
        </w:rPr>
        <w:t>-</w:t>
      </w:r>
      <w:r w:rsidRPr="005876FC">
        <w:rPr>
          <w:rFonts w:ascii="Times New Roman" w:hAnsi="Times New Roman"/>
          <w:sz w:val="28"/>
          <w:szCs w:val="28"/>
        </w:rPr>
        <w:t>формирование функциональной грамотности обучающихся, включающей овладение ключевыми компетенциями, составляющими основу дальнейшего успешного образования;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  <w:lang w:val="tt-RU"/>
        </w:rPr>
        <w:t>-</w:t>
      </w:r>
      <w:r w:rsidRPr="005876FC">
        <w:rPr>
          <w:rFonts w:ascii="Times New Roman" w:hAnsi="Times New Roman"/>
          <w:sz w:val="28"/>
          <w:szCs w:val="28"/>
        </w:rPr>
        <w:t>развитие мотивации к дальнейшему овладению татарским языком как государственным языком Республики Татарстан;</w:t>
      </w:r>
    </w:p>
    <w:p w:rsidR="00D51E31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  <w:lang w:val="tt-RU"/>
        </w:rPr>
        <w:lastRenderedPageBreak/>
        <w:t>-</w:t>
      </w:r>
      <w:r w:rsidRPr="005876FC">
        <w:rPr>
          <w:rFonts w:ascii="Times New Roman" w:hAnsi="Times New Roman"/>
          <w:sz w:val="28"/>
          <w:szCs w:val="28"/>
        </w:rPr>
        <w:t>формирование российской гражданской идентичности обучающихся как составляющей их социальной идентичности.</w:t>
      </w:r>
    </w:p>
    <w:p w:rsidR="00D51E31" w:rsidRPr="005876FC" w:rsidRDefault="00D51E31" w:rsidP="00B609C4">
      <w:pPr>
        <w:jc w:val="both"/>
        <w:rPr>
          <w:rStyle w:val="a5"/>
          <w:rFonts w:ascii="Times New Roman" w:hAnsi="Times New Roman"/>
          <w:sz w:val="28"/>
          <w:szCs w:val="28"/>
          <w:lang w:val="tt-RU"/>
        </w:rPr>
      </w:pPr>
    </w:p>
    <w:p w:rsidR="00D51E31" w:rsidRPr="005876FC" w:rsidRDefault="00B609C4" w:rsidP="00B609C4">
      <w:pPr>
        <w:jc w:val="center"/>
        <w:rPr>
          <w:rStyle w:val="a5"/>
          <w:rFonts w:ascii="Times New Roman" w:hAnsi="Times New Roman"/>
          <w:sz w:val="28"/>
          <w:szCs w:val="28"/>
          <w:lang w:val="tt-RU"/>
        </w:rPr>
      </w:pPr>
      <w:r w:rsidRPr="005876FC">
        <w:rPr>
          <w:rStyle w:val="a5"/>
          <w:rFonts w:ascii="Times New Roman" w:hAnsi="Times New Roman"/>
          <w:sz w:val="28"/>
          <w:szCs w:val="28"/>
        </w:rPr>
        <w:t>МЕСТО УЧЕБНОГО ПРЕДМЕТА «</w:t>
      </w:r>
      <w:r w:rsidRPr="005876FC">
        <w:rPr>
          <w:rStyle w:val="a5"/>
          <w:rFonts w:ascii="Times New Roman" w:hAnsi="Times New Roman"/>
          <w:sz w:val="28"/>
          <w:szCs w:val="28"/>
          <w:lang w:val="tt-RU"/>
        </w:rPr>
        <w:t>ГОСУДАРСТВЕННЫЙ</w:t>
      </w:r>
      <w:r w:rsidR="00D51E31" w:rsidRPr="005876FC">
        <w:rPr>
          <w:rStyle w:val="a5"/>
          <w:rFonts w:ascii="Times New Roman" w:hAnsi="Times New Roman"/>
          <w:sz w:val="28"/>
          <w:szCs w:val="28"/>
          <w:lang w:val="tt-RU"/>
        </w:rPr>
        <w:t xml:space="preserve"> (ТАТАРСКИЙ) </w:t>
      </w:r>
      <w:r w:rsidR="00D51E31" w:rsidRPr="005876FC">
        <w:rPr>
          <w:rStyle w:val="a5"/>
          <w:rFonts w:ascii="Times New Roman" w:hAnsi="Times New Roman"/>
          <w:sz w:val="28"/>
          <w:szCs w:val="28"/>
        </w:rPr>
        <w:t>ЯЗЫК</w:t>
      </w:r>
      <w:r w:rsidR="000514CE" w:rsidRPr="005876FC">
        <w:rPr>
          <w:rStyle w:val="a5"/>
          <w:rFonts w:ascii="Times New Roman" w:hAnsi="Times New Roman"/>
          <w:sz w:val="28"/>
          <w:szCs w:val="28"/>
        </w:rPr>
        <w:t xml:space="preserve"> РЕСПУБЛИКИ ТАТАРСТАН</w:t>
      </w:r>
      <w:r w:rsidR="00D51E31" w:rsidRPr="005876FC">
        <w:rPr>
          <w:rStyle w:val="a5"/>
          <w:rFonts w:ascii="Times New Roman" w:hAnsi="Times New Roman"/>
          <w:sz w:val="28"/>
          <w:szCs w:val="28"/>
        </w:rPr>
        <w:t>» В УЧЕБНОМ ПЛАНЕ</w:t>
      </w:r>
    </w:p>
    <w:p w:rsidR="00B609C4" w:rsidRPr="005876FC" w:rsidRDefault="00D51E31" w:rsidP="00FC6AD5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ab/>
      </w:r>
      <w:r w:rsidR="00B609C4" w:rsidRPr="005876FC">
        <w:rPr>
          <w:rFonts w:ascii="Times New Roman" w:hAnsi="Times New Roman"/>
          <w:sz w:val="28"/>
          <w:szCs w:val="28"/>
        </w:rPr>
        <w:t xml:space="preserve">Общее число часов, рекомендованных для изучения государственного (татарского) языка, – </w:t>
      </w:r>
      <w:r w:rsidR="00DD7164" w:rsidRPr="005876FC">
        <w:rPr>
          <w:rFonts w:ascii="Times New Roman" w:hAnsi="Times New Roman"/>
          <w:sz w:val="28"/>
          <w:szCs w:val="28"/>
        </w:rPr>
        <w:t>374</w:t>
      </w:r>
      <w:r w:rsidR="0017553A" w:rsidRPr="005876FC">
        <w:rPr>
          <w:rFonts w:ascii="Times New Roman" w:hAnsi="Times New Roman"/>
          <w:sz w:val="28"/>
          <w:szCs w:val="28"/>
        </w:rPr>
        <w:t xml:space="preserve"> час</w:t>
      </w:r>
      <w:r w:rsidR="005876FC">
        <w:rPr>
          <w:rFonts w:ascii="Times New Roman" w:hAnsi="Times New Roman"/>
          <w:sz w:val="28"/>
          <w:szCs w:val="28"/>
        </w:rPr>
        <w:t>а</w:t>
      </w:r>
      <w:r w:rsidR="0017553A" w:rsidRPr="005876FC">
        <w:rPr>
          <w:rFonts w:ascii="Times New Roman" w:hAnsi="Times New Roman"/>
          <w:sz w:val="28"/>
          <w:szCs w:val="28"/>
        </w:rPr>
        <w:t>: в 5 классе – 68 час</w:t>
      </w:r>
      <w:r w:rsidR="005876FC">
        <w:rPr>
          <w:rFonts w:ascii="Times New Roman" w:hAnsi="Times New Roman"/>
          <w:sz w:val="28"/>
          <w:szCs w:val="28"/>
        </w:rPr>
        <w:t>ов</w:t>
      </w:r>
      <w:r w:rsidR="0017553A" w:rsidRPr="005876FC">
        <w:rPr>
          <w:rFonts w:ascii="Times New Roman" w:hAnsi="Times New Roman"/>
          <w:sz w:val="28"/>
          <w:szCs w:val="28"/>
        </w:rPr>
        <w:t xml:space="preserve"> (2 часа в неделю), в 6 классе – 68 час</w:t>
      </w:r>
      <w:r w:rsidR="005876FC">
        <w:rPr>
          <w:rFonts w:ascii="Times New Roman" w:hAnsi="Times New Roman"/>
          <w:sz w:val="28"/>
          <w:szCs w:val="28"/>
        </w:rPr>
        <w:t>ов</w:t>
      </w:r>
      <w:r w:rsidR="0017553A" w:rsidRPr="005876FC">
        <w:rPr>
          <w:rFonts w:ascii="Times New Roman" w:hAnsi="Times New Roman"/>
          <w:sz w:val="28"/>
          <w:szCs w:val="28"/>
        </w:rPr>
        <w:t xml:space="preserve"> (2 </w:t>
      </w:r>
      <w:r w:rsidR="00DD7164" w:rsidRPr="005876FC">
        <w:rPr>
          <w:rFonts w:ascii="Times New Roman" w:hAnsi="Times New Roman"/>
          <w:sz w:val="28"/>
          <w:szCs w:val="28"/>
        </w:rPr>
        <w:t>часа в неделю), в 7 классе – 102 часа (3</w:t>
      </w:r>
      <w:r w:rsidR="00B609C4" w:rsidRPr="005876FC">
        <w:rPr>
          <w:rFonts w:ascii="Times New Roman" w:hAnsi="Times New Roman"/>
          <w:sz w:val="28"/>
          <w:szCs w:val="28"/>
        </w:rPr>
        <w:t xml:space="preserve"> </w:t>
      </w:r>
      <w:r w:rsidR="00DD7164" w:rsidRPr="005876FC">
        <w:rPr>
          <w:rFonts w:ascii="Times New Roman" w:hAnsi="Times New Roman"/>
          <w:sz w:val="28"/>
          <w:szCs w:val="28"/>
        </w:rPr>
        <w:t>часа в неделю), в 8 классе – 85</w:t>
      </w:r>
      <w:r w:rsidR="00FC6AD5" w:rsidRPr="005876FC">
        <w:rPr>
          <w:rFonts w:ascii="Times New Roman" w:hAnsi="Times New Roman"/>
          <w:sz w:val="28"/>
          <w:szCs w:val="28"/>
        </w:rPr>
        <w:t xml:space="preserve"> часов (2</w:t>
      </w:r>
      <w:r w:rsidR="00DD7164" w:rsidRPr="005876FC">
        <w:rPr>
          <w:rFonts w:ascii="Times New Roman" w:hAnsi="Times New Roman"/>
          <w:sz w:val="28"/>
          <w:szCs w:val="28"/>
          <w:lang w:val="tt-RU"/>
        </w:rPr>
        <w:t>,5</w:t>
      </w:r>
      <w:r w:rsidR="00B609C4" w:rsidRPr="005876FC">
        <w:rPr>
          <w:rFonts w:ascii="Times New Roman" w:hAnsi="Times New Roman"/>
          <w:sz w:val="28"/>
          <w:szCs w:val="28"/>
        </w:rPr>
        <w:t xml:space="preserve"> </w:t>
      </w:r>
      <w:r w:rsidR="00DD7164" w:rsidRPr="005876FC">
        <w:rPr>
          <w:rFonts w:ascii="Times New Roman" w:hAnsi="Times New Roman"/>
          <w:sz w:val="28"/>
          <w:szCs w:val="28"/>
        </w:rPr>
        <w:t>часа в неделю), в 9 классе – 51</w:t>
      </w:r>
      <w:r w:rsidR="005876FC">
        <w:rPr>
          <w:rFonts w:ascii="Times New Roman" w:hAnsi="Times New Roman"/>
          <w:sz w:val="28"/>
          <w:szCs w:val="28"/>
        </w:rPr>
        <w:t xml:space="preserve"> </w:t>
      </w:r>
      <w:r w:rsidR="00FC6AD5" w:rsidRPr="005876FC">
        <w:rPr>
          <w:rFonts w:ascii="Times New Roman" w:hAnsi="Times New Roman"/>
          <w:sz w:val="28"/>
          <w:szCs w:val="28"/>
        </w:rPr>
        <w:t>ча</w:t>
      </w:r>
      <w:r w:rsidR="005876FC">
        <w:rPr>
          <w:rFonts w:ascii="Times New Roman" w:hAnsi="Times New Roman"/>
          <w:sz w:val="28"/>
          <w:szCs w:val="28"/>
        </w:rPr>
        <w:t>с</w:t>
      </w:r>
      <w:r w:rsidR="000514CE" w:rsidRPr="005876FC">
        <w:rPr>
          <w:rFonts w:ascii="Times New Roman" w:hAnsi="Times New Roman"/>
          <w:sz w:val="28"/>
          <w:szCs w:val="28"/>
        </w:rPr>
        <w:t xml:space="preserve"> (</w:t>
      </w:r>
      <w:r w:rsidR="00DD7164" w:rsidRPr="005876FC">
        <w:rPr>
          <w:rFonts w:ascii="Times New Roman" w:hAnsi="Times New Roman"/>
          <w:sz w:val="28"/>
          <w:szCs w:val="28"/>
        </w:rPr>
        <w:t>1,5</w:t>
      </w:r>
      <w:r w:rsidR="00B609C4" w:rsidRPr="005876FC">
        <w:rPr>
          <w:rFonts w:ascii="Times New Roman" w:hAnsi="Times New Roman"/>
          <w:sz w:val="28"/>
          <w:szCs w:val="28"/>
        </w:rPr>
        <w:t xml:space="preserve"> часа в неделю).</w:t>
      </w:r>
    </w:p>
    <w:p w:rsidR="000514CE" w:rsidRDefault="000514CE" w:rsidP="005876FC">
      <w:pPr>
        <w:pStyle w:val="a6"/>
        <w:spacing w:before="0" w:beforeAutospacing="0" w:after="0" w:afterAutospacing="0"/>
        <w:rPr>
          <w:b/>
        </w:rPr>
      </w:pPr>
    </w:p>
    <w:p w:rsidR="00EF68CA" w:rsidRDefault="00EF68CA" w:rsidP="00FC6AD5">
      <w:pPr>
        <w:pStyle w:val="a6"/>
        <w:spacing w:before="0" w:beforeAutospacing="0" w:after="0" w:afterAutospacing="0"/>
        <w:jc w:val="center"/>
        <w:rPr>
          <w:b/>
        </w:rPr>
      </w:pPr>
    </w:p>
    <w:p w:rsidR="00D51E31" w:rsidRPr="005876FC" w:rsidRDefault="00D51E31" w:rsidP="00FC6AD5">
      <w:pPr>
        <w:pStyle w:val="a6"/>
        <w:spacing w:before="0" w:beforeAutospacing="0" w:after="0" w:afterAutospacing="0"/>
        <w:jc w:val="center"/>
        <w:rPr>
          <w:rStyle w:val="a5"/>
          <w:b w:val="0"/>
          <w:bCs w:val="0"/>
          <w:sz w:val="28"/>
          <w:szCs w:val="28"/>
          <w:lang w:val="tt-RU"/>
        </w:rPr>
      </w:pPr>
      <w:r w:rsidRPr="005876FC">
        <w:rPr>
          <w:b/>
          <w:sz w:val="28"/>
          <w:szCs w:val="28"/>
        </w:rPr>
        <w:t>ПЛАНИРУЕМЫЕ</w:t>
      </w:r>
      <w:r w:rsidRPr="005876FC">
        <w:rPr>
          <w:rStyle w:val="a5"/>
          <w:b w:val="0"/>
          <w:sz w:val="28"/>
          <w:szCs w:val="28"/>
        </w:rPr>
        <w:t> </w:t>
      </w:r>
      <w:r w:rsidRPr="005876FC">
        <w:rPr>
          <w:rStyle w:val="a5"/>
          <w:sz w:val="28"/>
          <w:szCs w:val="28"/>
        </w:rPr>
        <w:t>ОБРАЗОВАТЕЛЬНЫЕ РЕЗУЛЬТАТЫ</w:t>
      </w:r>
    </w:p>
    <w:p w:rsidR="00D51E31" w:rsidRPr="005876FC" w:rsidRDefault="00D51E31" w:rsidP="00B609C4">
      <w:pPr>
        <w:pStyle w:val="a6"/>
        <w:spacing w:before="0" w:after="0"/>
        <w:jc w:val="both"/>
        <w:rPr>
          <w:rStyle w:val="a5"/>
          <w:sz w:val="28"/>
          <w:szCs w:val="28"/>
          <w:lang w:val="tt-RU"/>
        </w:rPr>
      </w:pPr>
      <w:r w:rsidRPr="005876FC">
        <w:rPr>
          <w:rStyle w:val="a5"/>
          <w:sz w:val="28"/>
          <w:szCs w:val="28"/>
        </w:rPr>
        <w:t>ЛИЧНОСТНЫЕ РЕЗУЛЬТАТЫ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Планируемые результаты освоения программы по государственному (татарскому) языку на уровне основного общего образования.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 результате изучения государственного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1) гражданского воспитания: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неприятие любых форм экстремизма, дискриминации;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понимание роли различных социальных институтов в жизни человека;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татарском языке;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готовность к участию в гуманитарной деятельности (помощь людям, нуждающимся в ней; волонтёрство);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 xml:space="preserve">осознание российской гражданской идентичности в поликультурном 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края, страны, других народов России, ценностное отношение к государственному (татарскому) языку, к достижениям своего народа и своей </w:t>
      </w:r>
      <w:r w:rsidRPr="005876FC">
        <w:rPr>
          <w:rFonts w:ascii="Times New Roman" w:hAnsi="Times New Roman"/>
          <w:sz w:val="28"/>
          <w:szCs w:val="28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4) эстетического воспитания: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5) физического воспитания, формирования культуры здоровья и эмоционального благополучия: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умение принимать себя и других, не осуждая;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татарском языке, сформированность навыков рефлексии, признание своего права на ошибку и такого же права другого человека;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6) трудового воспитания: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умение рассказать о своих планах на будущее;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7) экологического воспитания: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8) ценности научного познания: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9) адаптации обучающегося к изменяющимся условиям социальной и природной среды: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и </w:t>
      </w:r>
      <w:r w:rsidRPr="005876FC">
        <w:rPr>
          <w:rFonts w:ascii="Times New Roman" w:hAnsi="Times New Roman"/>
          <w:sz w:val="28"/>
          <w:szCs w:val="28"/>
        </w:rPr>
        <w:lastRenderedPageBreak/>
        <w:t>явлениях, в том числе ранее не известных, осознавать дефицит собственных знаний и компетенций, планировать своё развитие;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ситуации; быть готовым действовать в отсутствие гарантий успеха.</w:t>
      </w:r>
    </w:p>
    <w:p w:rsidR="00B609C4" w:rsidRPr="005876FC" w:rsidRDefault="00B609C4" w:rsidP="00B609C4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876FC">
        <w:rPr>
          <w:rFonts w:ascii="Times New Roman" w:hAnsi="Times New Roman"/>
          <w:b/>
          <w:sz w:val="28"/>
          <w:szCs w:val="28"/>
          <w:lang w:val="tt-RU"/>
        </w:rPr>
        <w:t>МЕТАПРЕДМЕТНЫЕ РЕЗУЛЬТАТЫ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выявлять в тексте дефициты информации, данных, необходимых для решения поставленной учебной задачи;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выделённых критериев.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использовать вопросы как исследовательский инструмент познания в языковом образовании;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составлять алгоритм действий и использовать его для решения учебных задач;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эффективно запоминать и систематизировать информацию.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 обучающегося будут сформированы умения общения как часть коммуникативных универсальных учебных действий: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татарском языке;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распознавать невербальные средства общения, понимать значение социальных знаков;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распознавать предпосылки конфликтных ситуаций и смягчать конфликты, вести переговоры;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выявлять проблемы для решения в учебных и жизненных ситуациях;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самостоятельно составлять план действий, вносить необходимые коррективы в ходе его реализации;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проводить выбор и брать ответственность за решение.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владеть разными способами самоконтроля (в том числе речевого), самомотивации и рефлексии;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давать оценку учебной ситуации и предлагать план её изменения;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объяснять причины достижения (недостижения)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развивать способность управлять собственными эмоциями и эмоциями других;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регулировать способ выражения собственных эмоций;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осознанно относиться к другому человеку и его мнению;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признавать своё и чужое право на ошибку;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принимать себя и других, не осуждая;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проявлять открытость;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осознавать невозможность контролировать всё вокруг.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обобщать мнения нескольких человек, проявлять готовность руководить, выполнять поручения, подчиняться;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876FC">
        <w:rPr>
          <w:rFonts w:ascii="Times New Roman" w:hAnsi="Times New Roman"/>
          <w:b/>
          <w:sz w:val="28"/>
          <w:szCs w:val="28"/>
        </w:rPr>
        <w:t>Предметные результаты изучения государственного (татарского) языка. К концу обучения в 5 классе обучающийся научится: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разные виды диалога в стандартных ситуациях общения (диалог этикетного характера, диалог-побуждение к действию, диалог-расспрос) объёмом не менее 6–7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создавать устные связные монологические высказывания (описание, или характеристика, повествование, или сообщение) объёмом не менее 6–7 фраз с вербальными и (или) невербальными опорами или без них в рамках тематического содержания речи;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передавать основное содержание прочитанного или прослушанного текста;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представлять результаты выполненной проектной работы объёмом не менее 6–7 фраз;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про себя и понимать несложные аутентичные тексты разного вида, жанра и стиля объёмом 130–140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несплошные тексты (таблицы, диаграммы, схемы) и понимать представленную в них информацию;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выполнять письменные творческие задания; составлять личное письмо с использованием образца (объём сообщения – до 30 слов);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диалог-расспрос о членах семьи, об их местах работы и о профессиях родителей, проводить сообщение о своем участии в домашних делах, вести диалог-расспрос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подарках, о любимых блюдах;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диалог-расспрос о наличии и об отсутствии, о необходимости учебных принадлежностей, сообщать, спрашивать о расписании, о контрольных работах, об отметках, сообщать, спрашивать, о чем книга, рассказывать о своем друге (где и когда познакомились, какие черты характера, совместные интересы), вести диалог-расспрос о наличии и об отсутствии четвероногих друзей, о кличках, об их поводках, рассказывать о правилах поведения в общественном транспорте, на дороге;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кратко представлять Россию и Республику Татарстан (основные национальные праздники, наиболее известные достопримечательности, традиции в проведении досуга и другое), кратко рассказывать о выдающихся людях родной страны и Республики Татарстан (учёных, писателях, поэтах, спортсменах), вести диалог-расспрос о природе родного края, о празднике Сабантуй.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876FC">
        <w:rPr>
          <w:rFonts w:ascii="Times New Roman" w:hAnsi="Times New Roman"/>
          <w:b/>
          <w:sz w:val="28"/>
          <w:szCs w:val="28"/>
        </w:rPr>
        <w:t>Предметные результаты изучения государственного (татарского) языка. К концу обучения в 6 классе обучающийся научится:</w:t>
      </w:r>
    </w:p>
    <w:p w:rsidR="00B609C4" w:rsidRPr="005876FC" w:rsidRDefault="00B609C4" w:rsidP="00B609C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 не менее 7–8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создавать устные связные монологические высказывания (описание, или характеристика, повествование, или сообщение) объёмом не менее 7–8 фраз с вербальными и (или) невербальными опорами или без них в рамках тематического содержания речи;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передавать основное содержание прочитанного или прослушанного текста;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представлять результаты выполненной проектной работы объёмом не менее 7–8 фраз;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про себя и понимать несложные аутентичные тексты разного вида, жанра и стиля объёмом 150–160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несплошные тексты (таблицы, диаграммы, схемы) и понимать представленную в них информацию; составлять личное письмо с использованием и без использования образца (объём сообщения – до 40 слов);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оценивать черты характера героев произведений по их поступкам, по их отношению к дружбе;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диалог-расспрос о школе, о школьных занятиях, об отношениях к учебе и о достижениях в учебе, сообщать сведения о книгах, составлять диалог-побуждение о посещении библиотеки, чтении книг в Интернете, уточнять у библиотекаря наличие нужной книги, автора, содержание книги, вести диалог-расспрос о телепередачах, вести диалог-обмен мнениями о роли Интернета в жизни;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 спорта, о своем участии в летних, зимних видах спорта, о влиянии на здоровье занятий физической культурой, вести диалог-обмен мнениями об экскурсиях, о походах, о проведении каникул;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диалог-расспрос о дружбе народов Татарстана, вести диалог-обмен мнениями о достопримечательностях Казани, давать краткую информацию о выдающихся представителях татарского народа, вести диалог-обмен мнениями о содержании прочитанных произведений, правильно произносить загадки, скороговорки, считалочки, пословицы.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876FC">
        <w:rPr>
          <w:rFonts w:ascii="Times New Roman" w:hAnsi="Times New Roman"/>
          <w:b/>
          <w:sz w:val="28"/>
          <w:szCs w:val="28"/>
        </w:rPr>
        <w:t>Предметные результаты изучения государственного (татарского) языка. К концу обучения в 7 классе обучающийся научится: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вести разные виды диалога в стандартных ситуациях общения (диалог-побуждение к действию, диалог-расспрос, диалог-обмен мнениями) объёмом не менее 8–9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создавать устные связные монологические высказывания (описание, или характеристика, повествование, или сообщение, рассуждение) объёмом не менее 8–9 фраз с вербальными и (или) невербальными опорами или без них в рамках тематического содержания речи;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передавать основное содержание прочитанного или прослушанного текста;</w:t>
      </w:r>
    </w:p>
    <w:p w:rsidR="00B609C4" w:rsidRPr="005876FC" w:rsidRDefault="00B609C4" w:rsidP="005138E7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представлять результаты выполненной проектной работы объёмом не менее 8–9 фраз;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про себя и понимать несложные аутентичные тексты разного вида, жанра и стиля объёмом 180–200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несплошные тексты (таблицы, диаграммы, схемы) и понимать представленную в них информацию;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выполнять письменные творческие задания;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составлять личное письмо с использованием и без использования образца (объём сообщения – до 60 слов);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комбинированный диалог о свободном времени, об отдыхе, об увлечениях, о посещении музеев, театров, концертов, о походах, вести диалог-обмен мнениями о здоровом образе жизни (о режиме труда и отдыха, о сбалансированном питании), вести диалог-рассуждение о взаимоотношениях старших и младших в семье, аргументировать свои суждения о необходимости уважительного отношения к старшим;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диалог-обмен мнениями об экскурсиях, о походах, путешествиях, о проведении каникул;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диалог-обмен мнениями о новостях в школе, о новых предметах, вести диалог о необходимых качествах для хорошей учебы, о самообразовании через Интернет, рассуждать о роли режима дня, о самоорганизованности, убеждать друга в необходимости серьезного отношения к учебе;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сообщать о географическом положении, климате, природе Татарстана, вести диалог-обмен мнениями о достопримечательностях Казани, давать краткую информацию о выдающихся представителях татарского народа, обсуждать содержание прочитанных произведений, высказывать свое мнение.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876FC">
        <w:rPr>
          <w:rFonts w:ascii="Times New Roman" w:hAnsi="Times New Roman"/>
          <w:b/>
          <w:sz w:val="28"/>
          <w:szCs w:val="28"/>
        </w:rPr>
        <w:t>Предметные результаты изучения государственного (татарского) языка. К концу обучения в 8 классе обучающийся научится: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 xml:space="preserve">воспринимать на слух и понимать звучащие не более 1,2 минуты несложные аутентичные тексты, содержащие отдельные незнакомые слова и </w:t>
      </w:r>
      <w:r w:rsidRPr="005876FC">
        <w:rPr>
          <w:rFonts w:ascii="Times New Roman" w:hAnsi="Times New Roman"/>
          <w:sz w:val="28"/>
          <w:szCs w:val="28"/>
        </w:rPr>
        <w:lastRenderedPageBreak/>
        <w:t>неизученные языковые явления, с пониманием основного содержания или запрашиваемой информации;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 не менее 9–10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создавать устные связные монологические высказывания (описание, или характеристика, повествование, или сообщение, рассуждение) объёмом не менее 9–10 фраз с вербальными и (или) невербальными опорами или без них в рамках тематического содержания речи;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передавать основное содержание прочитанного или прослушанного текста, представлять результаты выполненной проектной работы объёмом не менее 9–10 фраз;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про себя и понимать несложные аутентичные тексты разного вида, жанра и стиля объёмом до 200–250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несплошные тексты (таблицы, диаграммы, схемы) и понимать представленную в них информацию;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составлять личное письмо с использованием и без использования образца (объём сообщения – до 70 слов);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рассказывать о празднике в школе, о новостях в школьной жизни, рассуждать о секретах успешной учебы, вести комбинированный диалог о правильном планировании, о распределении своего времени, вести диалог-обмен мнениями о пользе природы, рассуждать о проблемах окружающей среды, о влиянии человека на окружающую среду;</w:t>
      </w:r>
    </w:p>
    <w:p w:rsidR="00B609C4" w:rsidRPr="005876FC" w:rsidRDefault="00B609C4" w:rsidP="00B609C4">
      <w:pPr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комбинированный диалог о выходных днях, о местах отдыха (кино, театр, парк, кафе), вести диалог-расспрос о любимых фильмах, об их героях, о любимой музыке, рассказывать о своем кумире, вести диалог-обмен мнениями о моде, стилях одежды, о дизайне, о здоровом питании;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876FC">
        <w:rPr>
          <w:rFonts w:ascii="Times New Roman" w:hAnsi="Times New Roman"/>
          <w:b/>
          <w:sz w:val="28"/>
          <w:szCs w:val="28"/>
        </w:rPr>
        <w:t>Предметные результаты изучения государственного (татарского) языка. К концу обучения в 9 классе обучающийся научится: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lastRenderedPageBreak/>
        <w:t>вести комбинированный диалог или диалог-обмен мнениями в стандартных ситуациях общения объёмом не менее 10–11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создавать устные связные монологические высказывания (описание, или характеристика, повествование, или сообщение, рассуждение) объёмом не менее 10–11 фраз с вербальными и (или) невербальными опорами или без них в рамках тематического содержания речи;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передавать основное содержание прочитанного или прослушанного текста, представлять результаты выполненной проектной работы объёмом не менее 10–11 фраз;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читать про себя и понимать несложные аутентичные тексты разного вида, жанра и стиля объёмом до 250–300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использованием и без использования образца (объём сообщения – до 80 слов), выполнять письменные творческие задания;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диалог-обмен мнениями о здоровом образе жизни (о режиме труда и отдыха, о рационе здорового питания), аргументировать суждения о негативном влиянии на здоровье вредных привычек, вести диалог-обмен мнениями об управлении собственными эмоциями;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диалог-расспрос о достижениях в интересующих областях науки 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онлайн-общения;</w:t>
      </w:r>
    </w:p>
    <w:p w:rsidR="00B609C4" w:rsidRPr="005876FC" w:rsidRDefault="00B609C4" w:rsidP="005138E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876FC">
        <w:rPr>
          <w:rFonts w:ascii="Times New Roman" w:hAnsi="Times New Roman"/>
          <w:sz w:val="28"/>
          <w:szCs w:val="28"/>
        </w:rPr>
        <w:t>вести комбинированный диалог о проблемах выбора профессии, 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:rsidR="00D51E31" w:rsidRPr="005876FC" w:rsidRDefault="00B609C4" w:rsidP="005876FC">
      <w:pPr>
        <w:ind w:firstLine="708"/>
        <w:jc w:val="both"/>
        <w:rPr>
          <w:rFonts w:ascii="Times New Roman" w:hAnsi="Times New Roman"/>
          <w:sz w:val="28"/>
          <w:szCs w:val="28"/>
        </w:rPr>
        <w:sectPr w:rsidR="00D51E31" w:rsidRPr="005876FC" w:rsidSect="002E3474">
          <w:headerReference w:type="even" r:id="rId7"/>
          <w:footerReference w:type="even" r:id="rId8"/>
          <w:footerReference w:type="default" r:id="rId9"/>
          <w:footerReference w:type="first" r:id="rId10"/>
          <w:pgSz w:w="11900" w:h="16840"/>
          <w:pgMar w:top="1134" w:right="851" w:bottom="1134" w:left="1701" w:header="227" w:footer="340" w:gutter="0"/>
          <w:cols w:space="720"/>
          <w:noEndnote/>
          <w:titlePg/>
          <w:docGrid w:linePitch="360"/>
        </w:sectPr>
      </w:pPr>
      <w:r w:rsidRPr="005876FC">
        <w:rPr>
          <w:rFonts w:ascii="Times New Roman" w:hAnsi="Times New Roman"/>
          <w:sz w:val="28"/>
          <w:szCs w:val="28"/>
        </w:rPr>
        <w:t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Джалиля и джалиловцах, о праздновании Дня Победы в родном городе (селе), о чествовании ветеранов Великой Отечественной войны.</w:t>
      </w:r>
      <w:r w:rsidR="00D51E31" w:rsidRPr="005876FC">
        <w:rPr>
          <w:sz w:val="28"/>
          <w:szCs w:val="28"/>
          <w:lang w:val="tt-RU"/>
        </w:rPr>
        <w:tab/>
      </w:r>
    </w:p>
    <w:p w:rsidR="00200860" w:rsidRPr="00200860" w:rsidRDefault="00200860" w:rsidP="00200860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200860">
        <w:rPr>
          <w:rFonts w:ascii="Times New Roman" w:hAnsi="Times New Roman"/>
          <w:b/>
          <w:bCs/>
          <w:caps/>
          <w:color w:val="000000"/>
          <w:szCs w:val="24"/>
        </w:rPr>
        <w:lastRenderedPageBreak/>
        <w:t>ТЕМАТИЧЕСКОЕ ПЛАНИРОВАНИЕ</w:t>
      </w:r>
    </w:p>
    <w:p w:rsidR="00200860" w:rsidRPr="00200860" w:rsidRDefault="00200860" w:rsidP="00200860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200860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5 класс</w:t>
      </w:r>
    </w:p>
    <w:tbl>
      <w:tblPr>
        <w:tblStyle w:val="12"/>
        <w:tblW w:w="14786" w:type="dxa"/>
        <w:tblLayout w:type="fixed"/>
        <w:tblLook w:val="04A0" w:firstRow="1" w:lastRow="0" w:firstColumn="1" w:lastColumn="0" w:noHBand="0" w:noVBand="1"/>
      </w:tblPr>
      <w:tblGrid>
        <w:gridCol w:w="945"/>
        <w:gridCol w:w="3801"/>
        <w:gridCol w:w="1316"/>
        <w:gridCol w:w="2126"/>
        <w:gridCol w:w="1985"/>
        <w:gridCol w:w="4613"/>
      </w:tblGrid>
      <w:tr w:rsidR="00200860" w:rsidRPr="00200860" w:rsidTr="005E1D92">
        <w:tc>
          <w:tcPr>
            <w:tcW w:w="945" w:type="dxa"/>
            <w:vMerge w:val="restart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200860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3801" w:type="dxa"/>
            <w:vMerge w:val="restart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200860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5427" w:type="dxa"/>
            <w:gridSpan w:val="3"/>
          </w:tcPr>
          <w:p w:rsidR="00200860" w:rsidRPr="00200860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szCs w:val="24"/>
              </w:rPr>
            </w:pPr>
            <w:r w:rsidRPr="00200860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4613" w:type="dxa"/>
            <w:vMerge w:val="restart"/>
          </w:tcPr>
          <w:p w:rsidR="00200860" w:rsidRPr="00E57384" w:rsidRDefault="00200860" w:rsidP="00200860">
            <w:pPr>
              <w:rPr>
                <w:rFonts w:ascii="Times New Roman" w:eastAsiaTheme="minorEastAsia" w:hAnsi="Times New Roman"/>
                <w:b/>
                <w:bCs/>
                <w:szCs w:val="24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color w:val="000000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200860" w:rsidRPr="00200860" w:rsidTr="005E1D92">
        <w:tc>
          <w:tcPr>
            <w:tcW w:w="945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801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316" w:type="dxa"/>
          </w:tcPr>
          <w:p w:rsidR="00200860" w:rsidRPr="00200860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200860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Всего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200860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Контрольные работы</w:t>
            </w:r>
          </w:p>
        </w:tc>
        <w:tc>
          <w:tcPr>
            <w:tcW w:w="1985" w:type="dxa"/>
          </w:tcPr>
          <w:p w:rsidR="00200860" w:rsidRPr="00200860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200860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Практические работы</w:t>
            </w:r>
          </w:p>
        </w:tc>
        <w:tc>
          <w:tcPr>
            <w:tcW w:w="4613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14786" w:type="dxa"/>
            <w:gridSpan w:val="6"/>
          </w:tcPr>
          <w:p w:rsidR="00200860" w:rsidRPr="00200860" w:rsidRDefault="00200860" w:rsidP="00200860">
            <w:pPr>
              <w:widowControl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Раздел 1. </w:t>
            </w:r>
            <w:r w:rsidRPr="00200860">
              <w:rPr>
                <w:rFonts w:ascii="Times New Roman" w:hAnsi="Times New Roman"/>
                <w:b/>
                <w:szCs w:val="24"/>
              </w:rPr>
              <w:t>Мир вокруг меня.</w:t>
            </w: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1.1.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Я и моя семья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4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  <w:vMerge w:val="restart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1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200860" w:rsidRPr="00200860" w:rsidRDefault="00200860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1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200860" w:rsidRPr="001A76E8" w:rsidRDefault="00200860" w:rsidP="001A76E8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1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="001A76E8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1.2.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Домашние обязанности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4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1.3.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Семейные праздники, традиции. Подарки. Поздравления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rPr>
          <w:trHeight w:val="401"/>
        </w:trPr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1.4.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В гостях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200860" w:rsidRPr="00200860" w:rsidRDefault="005876FC" w:rsidP="005876FC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14786" w:type="dxa"/>
            <w:gridSpan w:val="6"/>
          </w:tcPr>
          <w:p w:rsidR="00200860" w:rsidRPr="00200860" w:rsidRDefault="00200860" w:rsidP="00200860">
            <w:pPr>
              <w:widowControl w:val="0"/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>Раздел 2.</w:t>
            </w:r>
            <w:r w:rsidRPr="00200860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r w:rsidRPr="00200860">
              <w:rPr>
                <w:rFonts w:ascii="Times New Roman" w:hAnsi="Times New Roman"/>
                <w:b/>
                <w:szCs w:val="24"/>
              </w:rPr>
              <w:t>Мир моего «Я».</w:t>
            </w: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2.1.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Мы в школе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1A76E8" w:rsidRPr="00200860" w:rsidRDefault="001A76E8" w:rsidP="001A76E8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1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2.2.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Учебные занятия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2.3.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С друзьями интересно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1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2.4.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В мире животных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4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2.5.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На дороге. На транспорте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6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1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</w:p>
        </w:tc>
      </w:tr>
      <w:tr w:rsidR="00200860" w:rsidRPr="00200860" w:rsidTr="005E1D92">
        <w:tc>
          <w:tcPr>
            <w:tcW w:w="14786" w:type="dxa"/>
            <w:gridSpan w:val="6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Раздел 3.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 Мир моих увлечений</w:t>
            </w: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3.1.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Здоровье и спорт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5</w:t>
            </w:r>
          </w:p>
        </w:tc>
        <w:tc>
          <w:tcPr>
            <w:tcW w:w="2126" w:type="dxa"/>
          </w:tcPr>
          <w:p w:rsidR="00200860" w:rsidRPr="00200860" w:rsidRDefault="0019413C" w:rsidP="0019413C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3.2.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Мои любимые занятия на досуге</w:t>
            </w:r>
          </w:p>
        </w:tc>
        <w:tc>
          <w:tcPr>
            <w:tcW w:w="1316" w:type="dxa"/>
          </w:tcPr>
          <w:p w:rsidR="00200860" w:rsidRPr="00200860" w:rsidRDefault="000514CE" w:rsidP="005E1D92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  <w:r w:rsidR="005876FC"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200860" w:rsidRPr="00200860" w:rsidRDefault="0019413C" w:rsidP="005876FC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14786" w:type="dxa"/>
            <w:gridSpan w:val="6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Раздел 4.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 Моя Родина</w:t>
            </w: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4.1.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Моя Родина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5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4.2.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Мой город / село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4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4.3.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Природа родного края</w:t>
            </w:r>
          </w:p>
        </w:tc>
        <w:tc>
          <w:tcPr>
            <w:tcW w:w="1316" w:type="dxa"/>
          </w:tcPr>
          <w:p w:rsidR="00200860" w:rsidRPr="00200860" w:rsidRDefault="00647B59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E1D92">
        <w:tc>
          <w:tcPr>
            <w:tcW w:w="945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4.4.</w:t>
            </w:r>
          </w:p>
        </w:tc>
        <w:tc>
          <w:tcPr>
            <w:tcW w:w="3801" w:type="dxa"/>
          </w:tcPr>
          <w:p w:rsidR="00200860" w:rsidRPr="00200860" w:rsidRDefault="00200860" w:rsidP="00200860">
            <w:pPr>
              <w:widowControl w:val="0"/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Национальный праздник Сабантуй. Детский фольклор (рифмовки, считалки, </w:t>
            </w:r>
            <w:r w:rsidRPr="00200860">
              <w:rPr>
                <w:rFonts w:ascii="Times New Roman" w:hAnsi="Times New Roman"/>
                <w:szCs w:val="24"/>
              </w:rPr>
              <w:lastRenderedPageBreak/>
              <w:t>скороговорки, загадки, сказки).</w:t>
            </w:r>
          </w:p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16" w:type="dxa"/>
          </w:tcPr>
          <w:p w:rsidR="00200860" w:rsidRPr="00200860" w:rsidRDefault="0019413C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126" w:type="dxa"/>
          </w:tcPr>
          <w:p w:rsidR="00200860" w:rsidRPr="00200860" w:rsidRDefault="0019413C" w:rsidP="0019413C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85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1A76E8" w:rsidRPr="00200860" w:rsidRDefault="001A76E8" w:rsidP="001A76E8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1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E1D92" w:rsidRPr="00200860" w:rsidTr="005E1D92">
        <w:tc>
          <w:tcPr>
            <w:tcW w:w="4746" w:type="dxa"/>
            <w:gridSpan w:val="2"/>
          </w:tcPr>
          <w:p w:rsidR="005E1D92" w:rsidRPr="00200860" w:rsidRDefault="005E1D92" w:rsidP="005E1D92">
            <w:pPr>
              <w:widowControl w:val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Проект</w:t>
            </w:r>
          </w:p>
        </w:tc>
        <w:tc>
          <w:tcPr>
            <w:tcW w:w="1316" w:type="dxa"/>
          </w:tcPr>
          <w:p w:rsidR="005E1D92" w:rsidRDefault="005E1D92" w:rsidP="005E1D92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5E1D92" w:rsidRPr="00200860" w:rsidRDefault="005E1D92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85" w:type="dxa"/>
          </w:tcPr>
          <w:p w:rsidR="005E1D92" w:rsidRPr="00200860" w:rsidRDefault="005E1D92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5E1D92" w:rsidRPr="00200860" w:rsidRDefault="005E1D92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E1D92" w:rsidRPr="00200860" w:rsidTr="005E1D92">
        <w:tc>
          <w:tcPr>
            <w:tcW w:w="4746" w:type="dxa"/>
            <w:gridSpan w:val="2"/>
          </w:tcPr>
          <w:p w:rsidR="005E1D92" w:rsidRPr="00200860" w:rsidRDefault="005E1D92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Общее кол-во часов</w:t>
            </w:r>
          </w:p>
        </w:tc>
        <w:tc>
          <w:tcPr>
            <w:tcW w:w="1316" w:type="dxa"/>
          </w:tcPr>
          <w:p w:rsidR="005E1D92" w:rsidRPr="00200860" w:rsidRDefault="00647B59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68</w:t>
            </w:r>
          </w:p>
        </w:tc>
        <w:tc>
          <w:tcPr>
            <w:tcW w:w="2126" w:type="dxa"/>
          </w:tcPr>
          <w:p w:rsidR="005E1D92" w:rsidRPr="00200860" w:rsidRDefault="0019413C" w:rsidP="0019413C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4</w:t>
            </w:r>
          </w:p>
        </w:tc>
        <w:tc>
          <w:tcPr>
            <w:tcW w:w="1985" w:type="dxa"/>
          </w:tcPr>
          <w:p w:rsidR="005E1D92" w:rsidRPr="00200860" w:rsidRDefault="005E1D92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613" w:type="dxa"/>
          </w:tcPr>
          <w:p w:rsidR="005E1D92" w:rsidRPr="00200860" w:rsidRDefault="005E1D92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</w:tbl>
    <w:p w:rsidR="00200860" w:rsidRPr="00200860" w:rsidRDefault="00200860" w:rsidP="00200860">
      <w:pPr>
        <w:rPr>
          <w:rFonts w:ascii="Times New Roman" w:hAnsi="Times New Roman"/>
          <w:b/>
          <w:bCs/>
          <w:caps/>
          <w:color w:val="000000"/>
          <w:sz w:val="28"/>
          <w:szCs w:val="28"/>
          <w:lang w:val="tt-RU"/>
        </w:rPr>
      </w:pPr>
    </w:p>
    <w:p w:rsidR="00200860" w:rsidRPr="00200860" w:rsidRDefault="00200860" w:rsidP="00200860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200860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6 класс</w:t>
      </w:r>
    </w:p>
    <w:tbl>
      <w:tblPr>
        <w:tblStyle w:val="12"/>
        <w:tblW w:w="14709" w:type="dxa"/>
        <w:tblLook w:val="04A0" w:firstRow="1" w:lastRow="0" w:firstColumn="1" w:lastColumn="0" w:noHBand="0" w:noVBand="1"/>
      </w:tblPr>
      <w:tblGrid>
        <w:gridCol w:w="934"/>
        <w:gridCol w:w="3722"/>
        <w:gridCol w:w="1282"/>
        <w:gridCol w:w="2093"/>
        <w:gridCol w:w="1964"/>
        <w:gridCol w:w="4714"/>
      </w:tblGrid>
      <w:tr w:rsidR="00200860" w:rsidRPr="00200860" w:rsidTr="005876FC">
        <w:tc>
          <w:tcPr>
            <w:tcW w:w="934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0514CE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3722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5339" w:type="dxa"/>
            <w:gridSpan w:val="3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4714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200860" w:rsidRPr="00200860" w:rsidTr="005876FC">
        <w:tc>
          <w:tcPr>
            <w:tcW w:w="934" w:type="dxa"/>
            <w:vMerge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</w:p>
        </w:tc>
        <w:tc>
          <w:tcPr>
            <w:tcW w:w="3722" w:type="dxa"/>
            <w:vMerge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</w:p>
        </w:tc>
        <w:tc>
          <w:tcPr>
            <w:tcW w:w="1282" w:type="dxa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Всего</w:t>
            </w:r>
          </w:p>
        </w:tc>
        <w:tc>
          <w:tcPr>
            <w:tcW w:w="2093" w:type="dxa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Контрольные работы</w:t>
            </w:r>
          </w:p>
        </w:tc>
        <w:tc>
          <w:tcPr>
            <w:tcW w:w="1964" w:type="dxa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Практические работы</w:t>
            </w:r>
          </w:p>
        </w:tc>
        <w:tc>
          <w:tcPr>
            <w:tcW w:w="4714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876FC">
        <w:tc>
          <w:tcPr>
            <w:tcW w:w="14709" w:type="dxa"/>
            <w:gridSpan w:val="6"/>
          </w:tcPr>
          <w:p w:rsidR="00200860" w:rsidRPr="00200860" w:rsidRDefault="00200860" w:rsidP="00200860">
            <w:pPr>
              <w:widowControl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Раздел 1. 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Мир моего «Я»</w:t>
            </w:r>
          </w:p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1.1.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Помощь родителям. </w:t>
            </w:r>
          </w:p>
        </w:tc>
        <w:tc>
          <w:tcPr>
            <w:tcW w:w="1282" w:type="dxa"/>
          </w:tcPr>
          <w:p w:rsidR="001A76E8" w:rsidRPr="00200860" w:rsidRDefault="00C74AA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10</w:t>
            </w:r>
          </w:p>
        </w:tc>
        <w:tc>
          <w:tcPr>
            <w:tcW w:w="2093" w:type="dxa"/>
          </w:tcPr>
          <w:p w:rsidR="001A76E8" w:rsidRPr="00200860" w:rsidRDefault="00E57384" w:rsidP="00E57384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 w:val="restart"/>
          </w:tcPr>
          <w:p w:rsidR="001A76E8" w:rsidRPr="00200860" w:rsidRDefault="001A76E8" w:rsidP="001A76E8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1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1A76E8" w:rsidRPr="00200860" w:rsidRDefault="001A76E8" w:rsidP="001A76E8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1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1A76E8" w:rsidRPr="00200860" w:rsidRDefault="001A76E8" w:rsidP="001A76E8">
            <w:pPr>
              <w:rPr>
                <w:rFonts w:asciiTheme="minorHAnsi" w:hAnsiTheme="minorHAnsi" w:cstheme="minorBidi"/>
                <w:color w:val="0070C0"/>
                <w:szCs w:val="22"/>
              </w:rPr>
            </w:pP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1.2.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Общение с друзьями.  </w:t>
            </w:r>
          </w:p>
        </w:tc>
        <w:tc>
          <w:tcPr>
            <w:tcW w:w="1282" w:type="dxa"/>
          </w:tcPr>
          <w:p w:rsidR="001A76E8" w:rsidRPr="00200860" w:rsidRDefault="00C74AA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9</w:t>
            </w:r>
          </w:p>
        </w:tc>
        <w:tc>
          <w:tcPr>
            <w:tcW w:w="2093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/>
          </w:tcPr>
          <w:p w:rsidR="001A76E8" w:rsidRPr="00200860" w:rsidRDefault="001A76E8" w:rsidP="001A76E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1.3.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 xml:space="preserve">Описание внешности и характера человека. </w:t>
            </w:r>
          </w:p>
        </w:tc>
        <w:tc>
          <w:tcPr>
            <w:tcW w:w="1282" w:type="dxa"/>
          </w:tcPr>
          <w:p w:rsidR="001A76E8" w:rsidRPr="00200860" w:rsidRDefault="00C74AA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2093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/>
          </w:tcPr>
          <w:p w:rsidR="001A76E8" w:rsidRPr="00200860" w:rsidRDefault="001A76E8" w:rsidP="001A76E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876FC">
        <w:tc>
          <w:tcPr>
            <w:tcW w:w="14709" w:type="dxa"/>
            <w:gridSpan w:val="6"/>
          </w:tcPr>
          <w:p w:rsidR="00200860" w:rsidRPr="00200860" w:rsidRDefault="00200860" w:rsidP="00200860">
            <w:pPr>
              <w:widowControl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Раздел 2. 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Мир вокруг меня</w:t>
            </w:r>
          </w:p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2.1.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Школьная жизнь. Образование</w:t>
            </w:r>
          </w:p>
        </w:tc>
        <w:tc>
          <w:tcPr>
            <w:tcW w:w="1282" w:type="dxa"/>
          </w:tcPr>
          <w:p w:rsidR="001A76E8" w:rsidRPr="00200860" w:rsidRDefault="00C74AA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8</w:t>
            </w:r>
          </w:p>
        </w:tc>
        <w:tc>
          <w:tcPr>
            <w:tcW w:w="2093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 w:val="restart"/>
          </w:tcPr>
          <w:p w:rsidR="001A76E8" w:rsidRPr="00200860" w:rsidRDefault="001A76E8" w:rsidP="001A76E8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2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1A76E8" w:rsidRPr="001A76E8" w:rsidRDefault="001A76E8" w:rsidP="001A76E8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2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2.2.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 xml:space="preserve">Книга – источник знаний. </w:t>
            </w:r>
          </w:p>
        </w:tc>
        <w:tc>
          <w:tcPr>
            <w:tcW w:w="1282" w:type="dxa"/>
          </w:tcPr>
          <w:p w:rsidR="001A76E8" w:rsidRPr="00200860" w:rsidRDefault="00C74AA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  <w:r w:rsidR="00E57384">
              <w:rPr>
                <w:rFonts w:ascii="Times New Roman" w:eastAsiaTheme="minorEastAsia" w:hAnsi="Times New Roman"/>
                <w:szCs w:val="24"/>
              </w:rPr>
              <w:t>2</w:t>
            </w:r>
          </w:p>
        </w:tc>
        <w:tc>
          <w:tcPr>
            <w:tcW w:w="2093" w:type="dxa"/>
          </w:tcPr>
          <w:p w:rsidR="001A76E8" w:rsidRPr="00200860" w:rsidRDefault="00E57384" w:rsidP="00E57384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2.3.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 xml:space="preserve">Мир интернета. </w:t>
            </w:r>
          </w:p>
        </w:tc>
        <w:tc>
          <w:tcPr>
            <w:tcW w:w="1282" w:type="dxa"/>
          </w:tcPr>
          <w:p w:rsidR="001A76E8" w:rsidRPr="00200860" w:rsidRDefault="00C74AA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2093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200860" w:rsidRPr="00200860" w:rsidTr="005876FC">
        <w:tc>
          <w:tcPr>
            <w:tcW w:w="14709" w:type="dxa"/>
            <w:gridSpan w:val="6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E57384">
              <w:rPr>
                <w:rFonts w:ascii="Times New Roman" w:hAnsi="Times New Roman"/>
                <w:b/>
                <w:bCs/>
                <w:szCs w:val="24"/>
              </w:rPr>
              <w:t>Раздел 3.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 Мир моих увлечений</w:t>
            </w:r>
          </w:p>
        </w:tc>
      </w:tr>
      <w:tr w:rsidR="00200860" w:rsidRPr="00200860" w:rsidTr="005876FC">
        <w:tc>
          <w:tcPr>
            <w:tcW w:w="934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3.1.</w:t>
            </w:r>
          </w:p>
        </w:tc>
        <w:tc>
          <w:tcPr>
            <w:tcW w:w="3722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Наши увлечения. </w:t>
            </w:r>
          </w:p>
        </w:tc>
        <w:tc>
          <w:tcPr>
            <w:tcW w:w="1282" w:type="dxa"/>
          </w:tcPr>
          <w:p w:rsidR="00200860" w:rsidRPr="00200860" w:rsidRDefault="00C74AA7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2093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</w:tcPr>
          <w:p w:rsidR="001A76E8" w:rsidRPr="00200860" w:rsidRDefault="001A76E8" w:rsidP="001A76E8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2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200860" w:rsidRPr="00200860" w:rsidRDefault="001A76E8" w:rsidP="001A76E8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5876FC">
        <w:tc>
          <w:tcPr>
            <w:tcW w:w="934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3.2.</w:t>
            </w:r>
          </w:p>
        </w:tc>
        <w:tc>
          <w:tcPr>
            <w:tcW w:w="3722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Здоровье и спорт. </w:t>
            </w:r>
          </w:p>
        </w:tc>
        <w:tc>
          <w:tcPr>
            <w:tcW w:w="1282" w:type="dxa"/>
          </w:tcPr>
          <w:p w:rsidR="00200860" w:rsidRPr="00200860" w:rsidRDefault="00C74AA7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4</w:t>
            </w:r>
          </w:p>
        </w:tc>
        <w:tc>
          <w:tcPr>
            <w:tcW w:w="2093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200860" w:rsidRPr="00200860" w:rsidTr="005876FC">
        <w:tc>
          <w:tcPr>
            <w:tcW w:w="934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3.3.</w:t>
            </w:r>
          </w:p>
        </w:tc>
        <w:tc>
          <w:tcPr>
            <w:tcW w:w="3722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Посещение кружков. </w:t>
            </w:r>
          </w:p>
        </w:tc>
        <w:tc>
          <w:tcPr>
            <w:tcW w:w="1282" w:type="dxa"/>
          </w:tcPr>
          <w:p w:rsidR="00200860" w:rsidRPr="00200860" w:rsidRDefault="00C74AA7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2093" w:type="dxa"/>
          </w:tcPr>
          <w:p w:rsidR="00200860" w:rsidRPr="00200860" w:rsidRDefault="00200860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200860" w:rsidRPr="00200860" w:rsidTr="005876FC">
        <w:tc>
          <w:tcPr>
            <w:tcW w:w="934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3.4.</w:t>
            </w:r>
          </w:p>
        </w:tc>
        <w:tc>
          <w:tcPr>
            <w:tcW w:w="3722" w:type="dxa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Экскурсии. Походы. Виды отдыха. </w:t>
            </w:r>
          </w:p>
        </w:tc>
        <w:tc>
          <w:tcPr>
            <w:tcW w:w="1282" w:type="dxa"/>
          </w:tcPr>
          <w:p w:rsidR="00200860" w:rsidRPr="00200860" w:rsidRDefault="00C74AA7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5</w:t>
            </w:r>
          </w:p>
        </w:tc>
        <w:tc>
          <w:tcPr>
            <w:tcW w:w="2093" w:type="dxa"/>
          </w:tcPr>
          <w:p w:rsidR="00200860" w:rsidRPr="00200860" w:rsidRDefault="00E57384" w:rsidP="00E57384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64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200860" w:rsidRPr="00200860" w:rsidTr="005876FC">
        <w:tc>
          <w:tcPr>
            <w:tcW w:w="14709" w:type="dxa"/>
            <w:gridSpan w:val="6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E57384">
              <w:rPr>
                <w:rFonts w:ascii="Times New Roman" w:hAnsi="Times New Roman"/>
                <w:b/>
                <w:bCs/>
                <w:szCs w:val="24"/>
              </w:rPr>
              <w:t>Раздел 4.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 Моя Родина</w:t>
            </w: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4.1.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Дружба народов Татарстана. </w:t>
            </w:r>
          </w:p>
        </w:tc>
        <w:tc>
          <w:tcPr>
            <w:tcW w:w="1282" w:type="dxa"/>
          </w:tcPr>
          <w:p w:rsidR="001A76E8" w:rsidRPr="00200860" w:rsidRDefault="00C74AA7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</w:p>
        </w:tc>
        <w:tc>
          <w:tcPr>
            <w:tcW w:w="2093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 w:val="restart"/>
          </w:tcPr>
          <w:p w:rsidR="001A76E8" w:rsidRPr="00200860" w:rsidRDefault="001A76E8" w:rsidP="001A76E8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2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1A76E8" w:rsidRPr="00200860" w:rsidRDefault="001A76E8" w:rsidP="001A76E8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hAnsi="Times New Roman"/>
                <w:sz w:val="20"/>
              </w:rPr>
              <w:lastRenderedPageBreak/>
              <w:t>«Татармультфильм» Анимационная студия</w:t>
            </w: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4.2.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Достопримечательности Казани. </w:t>
            </w:r>
          </w:p>
        </w:tc>
        <w:tc>
          <w:tcPr>
            <w:tcW w:w="1282" w:type="dxa"/>
          </w:tcPr>
          <w:p w:rsidR="001A76E8" w:rsidRPr="00200860" w:rsidRDefault="002A2B4F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2</w:t>
            </w:r>
          </w:p>
        </w:tc>
        <w:tc>
          <w:tcPr>
            <w:tcW w:w="2093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lastRenderedPageBreak/>
              <w:t>4.3.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Выдающиеся представители татарского народа. </w:t>
            </w:r>
          </w:p>
        </w:tc>
        <w:tc>
          <w:tcPr>
            <w:tcW w:w="1282" w:type="dxa"/>
          </w:tcPr>
          <w:p w:rsidR="001A76E8" w:rsidRPr="00200860" w:rsidRDefault="00E57384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3</w:t>
            </w:r>
          </w:p>
        </w:tc>
        <w:tc>
          <w:tcPr>
            <w:tcW w:w="2093" w:type="dxa"/>
          </w:tcPr>
          <w:p w:rsidR="001A76E8" w:rsidRPr="00200860" w:rsidRDefault="00E57384" w:rsidP="00E57384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1A76E8" w:rsidRPr="00200860" w:rsidTr="005876FC">
        <w:tc>
          <w:tcPr>
            <w:tcW w:w="934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lastRenderedPageBreak/>
              <w:t>4.4.</w:t>
            </w:r>
          </w:p>
        </w:tc>
        <w:tc>
          <w:tcPr>
            <w:tcW w:w="3722" w:type="dxa"/>
          </w:tcPr>
          <w:p w:rsidR="001A76E8" w:rsidRPr="00200860" w:rsidRDefault="001A76E8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Детские писатели и поэты. </w:t>
            </w:r>
            <w:r w:rsidRPr="00200860">
              <w:rPr>
                <w:rFonts w:ascii="Times New Roman" w:eastAsiaTheme="minorEastAsia" w:hAnsi="Times New Roman"/>
                <w:szCs w:val="24"/>
              </w:rPr>
              <w:t>Детский фольклор (рифмовки, считалки, скороговорки, загадки, сказки).</w:t>
            </w:r>
          </w:p>
        </w:tc>
        <w:tc>
          <w:tcPr>
            <w:tcW w:w="1282" w:type="dxa"/>
          </w:tcPr>
          <w:p w:rsidR="001A76E8" w:rsidRPr="00200860" w:rsidRDefault="000514CE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5</w:t>
            </w:r>
          </w:p>
        </w:tc>
        <w:tc>
          <w:tcPr>
            <w:tcW w:w="2093" w:type="dxa"/>
          </w:tcPr>
          <w:p w:rsidR="001A76E8" w:rsidRPr="00200860" w:rsidRDefault="001A76E8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964" w:type="dxa"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  <w:vMerge/>
          </w:tcPr>
          <w:p w:rsidR="001A76E8" w:rsidRPr="00200860" w:rsidRDefault="001A76E8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  <w:tr w:rsidR="00E57384" w:rsidRPr="00200860" w:rsidTr="0028462C">
        <w:tc>
          <w:tcPr>
            <w:tcW w:w="4656" w:type="dxa"/>
            <w:gridSpan w:val="2"/>
          </w:tcPr>
          <w:p w:rsidR="00E57384" w:rsidRPr="00200860" w:rsidRDefault="00E57384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Общее кол-во часов</w:t>
            </w:r>
          </w:p>
        </w:tc>
        <w:tc>
          <w:tcPr>
            <w:tcW w:w="1282" w:type="dxa"/>
          </w:tcPr>
          <w:p w:rsidR="00E57384" w:rsidRPr="00200860" w:rsidRDefault="00E57384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68</w:t>
            </w:r>
          </w:p>
        </w:tc>
        <w:tc>
          <w:tcPr>
            <w:tcW w:w="2093" w:type="dxa"/>
          </w:tcPr>
          <w:p w:rsidR="00E57384" w:rsidRPr="00200860" w:rsidRDefault="00E57384" w:rsidP="00E57384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4</w:t>
            </w:r>
          </w:p>
        </w:tc>
        <w:tc>
          <w:tcPr>
            <w:tcW w:w="1964" w:type="dxa"/>
          </w:tcPr>
          <w:p w:rsidR="00E57384" w:rsidRPr="00200860" w:rsidRDefault="00E57384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4714" w:type="dxa"/>
          </w:tcPr>
          <w:p w:rsidR="00E57384" w:rsidRPr="00200860" w:rsidRDefault="00E57384" w:rsidP="00200860">
            <w:pPr>
              <w:rPr>
                <w:rFonts w:ascii="Times New Roman" w:eastAsiaTheme="minorEastAsia" w:hAnsi="Times New Roman"/>
                <w:sz w:val="20"/>
              </w:rPr>
            </w:pPr>
          </w:p>
        </w:tc>
      </w:tr>
    </w:tbl>
    <w:p w:rsidR="00200860" w:rsidRPr="00200860" w:rsidRDefault="00200860" w:rsidP="00200860">
      <w:pPr>
        <w:rPr>
          <w:rFonts w:ascii="Times New Roman" w:hAnsi="Times New Roman"/>
          <w:b/>
          <w:bCs/>
          <w:caps/>
          <w:color w:val="000000"/>
          <w:sz w:val="28"/>
          <w:szCs w:val="28"/>
          <w:highlight w:val="yellow"/>
          <w:lang w:val="tt-RU"/>
        </w:rPr>
      </w:pPr>
    </w:p>
    <w:p w:rsidR="000514CE" w:rsidRPr="00200860" w:rsidRDefault="000514CE" w:rsidP="00200860">
      <w:pPr>
        <w:rPr>
          <w:rFonts w:ascii="Times New Roman" w:hAnsi="Times New Roman"/>
          <w:b/>
          <w:bCs/>
          <w:caps/>
          <w:color w:val="000000"/>
          <w:sz w:val="28"/>
          <w:szCs w:val="28"/>
          <w:highlight w:val="yellow"/>
          <w:lang w:val="tt-RU"/>
        </w:rPr>
      </w:pPr>
    </w:p>
    <w:p w:rsidR="00200860" w:rsidRPr="00200860" w:rsidRDefault="00200860" w:rsidP="00200860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200860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7 класс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26"/>
        <w:gridCol w:w="3004"/>
        <w:gridCol w:w="1101"/>
        <w:gridCol w:w="1820"/>
        <w:gridCol w:w="1825"/>
        <w:gridCol w:w="5600"/>
      </w:tblGrid>
      <w:tr w:rsidR="00200860" w:rsidRPr="00200860" w:rsidTr="005876FC">
        <w:tc>
          <w:tcPr>
            <w:tcW w:w="934" w:type="dxa"/>
            <w:vMerge w:val="restart"/>
          </w:tcPr>
          <w:p w:rsidR="00200860" w:rsidRPr="00E57384" w:rsidRDefault="00200860" w:rsidP="00200860">
            <w:pPr>
              <w:rPr>
                <w:rFonts w:ascii="Times New Roman" w:eastAsiaTheme="minorEastAsia" w:hAnsi="Times New Roman"/>
                <w:b/>
                <w:bCs/>
                <w:szCs w:val="24"/>
                <w:lang w:val="tt-RU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szCs w:val="24"/>
                <w:lang w:val="tt-RU"/>
              </w:rPr>
              <w:t>№п/п</w:t>
            </w:r>
          </w:p>
        </w:tc>
        <w:tc>
          <w:tcPr>
            <w:tcW w:w="3062" w:type="dxa"/>
            <w:vMerge w:val="restart"/>
          </w:tcPr>
          <w:p w:rsidR="00200860" w:rsidRPr="00E57384" w:rsidRDefault="00200860" w:rsidP="00200860">
            <w:pPr>
              <w:rPr>
                <w:rFonts w:ascii="Times New Roman" w:eastAsiaTheme="minorEastAsia" w:hAnsi="Times New Roman"/>
                <w:b/>
                <w:bCs/>
                <w:szCs w:val="24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767" w:type="dxa"/>
            <w:gridSpan w:val="3"/>
          </w:tcPr>
          <w:p w:rsidR="00200860" w:rsidRPr="00E57384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bCs/>
                <w:szCs w:val="24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color w:val="000000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5739" w:type="dxa"/>
            <w:vMerge w:val="restart"/>
          </w:tcPr>
          <w:p w:rsidR="00200860" w:rsidRPr="00E57384" w:rsidRDefault="00200860" w:rsidP="00200860">
            <w:pPr>
              <w:rPr>
                <w:rFonts w:ascii="Times New Roman" w:eastAsiaTheme="minorEastAsia" w:hAnsi="Times New Roman"/>
                <w:b/>
                <w:bCs/>
                <w:szCs w:val="24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color w:val="000000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200860" w:rsidRPr="00200860" w:rsidTr="005876FC">
        <w:tc>
          <w:tcPr>
            <w:tcW w:w="934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62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115" w:type="dxa"/>
          </w:tcPr>
          <w:p w:rsidR="00200860" w:rsidRPr="00E57384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  <w:t>Всего</w:t>
            </w:r>
          </w:p>
        </w:tc>
        <w:tc>
          <w:tcPr>
            <w:tcW w:w="1825" w:type="dxa"/>
          </w:tcPr>
          <w:p w:rsidR="00200860" w:rsidRPr="00E57384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  <w:t>Контрольные работы</w:t>
            </w:r>
          </w:p>
        </w:tc>
        <w:tc>
          <w:tcPr>
            <w:tcW w:w="1827" w:type="dxa"/>
          </w:tcPr>
          <w:p w:rsidR="00200860" w:rsidRPr="00E57384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  <w:t>Практические работы</w:t>
            </w:r>
          </w:p>
        </w:tc>
        <w:tc>
          <w:tcPr>
            <w:tcW w:w="5739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5876FC">
        <w:tc>
          <w:tcPr>
            <w:tcW w:w="14502" w:type="dxa"/>
            <w:gridSpan w:val="6"/>
          </w:tcPr>
          <w:p w:rsidR="00200860" w:rsidRPr="00200860" w:rsidRDefault="00200860" w:rsidP="00200860">
            <w:pPr>
              <w:widowControl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Раздел 1. </w:t>
            </w:r>
            <w:r w:rsidRPr="00200860">
              <w:rPr>
                <w:rFonts w:ascii="Times New Roman" w:hAnsi="Times New Roman"/>
                <w:b/>
                <w:szCs w:val="24"/>
              </w:rPr>
              <w:t>Мир моего «Я»</w:t>
            </w:r>
          </w:p>
        </w:tc>
      </w:tr>
      <w:tr w:rsidR="00902C64" w:rsidRPr="00200860" w:rsidTr="005876FC">
        <w:trPr>
          <w:trHeight w:val="2400"/>
        </w:trPr>
        <w:tc>
          <w:tcPr>
            <w:tcW w:w="934" w:type="dxa"/>
            <w:tcBorders>
              <w:bottom w:val="single" w:sz="4" w:space="0" w:color="auto"/>
            </w:tcBorders>
          </w:tcPr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1.1.</w:t>
            </w:r>
          </w:p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62" w:type="dxa"/>
            <w:tcBorders>
              <w:bottom w:val="single" w:sz="4" w:space="0" w:color="auto"/>
            </w:tcBorders>
          </w:tcPr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Я и мои ровесники.</w:t>
            </w:r>
          </w:p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Свободное время.</w:t>
            </w:r>
          </w:p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Здоровый образ жизни.</w:t>
            </w:r>
          </w:p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Старшие и мы.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:rsidR="00902C64" w:rsidRPr="00200860" w:rsidRDefault="00E872AB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  <w:r w:rsidR="001F6EF0">
              <w:rPr>
                <w:rFonts w:ascii="Times New Roman" w:eastAsiaTheme="minorEastAsia" w:hAnsi="Times New Roman"/>
                <w:szCs w:val="24"/>
              </w:rPr>
              <w:t>7</w:t>
            </w:r>
          </w:p>
        </w:tc>
        <w:tc>
          <w:tcPr>
            <w:tcW w:w="1825" w:type="dxa"/>
          </w:tcPr>
          <w:p w:rsidR="00902C64" w:rsidRPr="00200860" w:rsidRDefault="001F6EF0" w:rsidP="001F6EF0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827" w:type="dxa"/>
            <w:tcBorders>
              <w:bottom w:val="single" w:sz="4" w:space="0" w:color="auto"/>
            </w:tcBorders>
          </w:tcPr>
          <w:p w:rsidR="00902C64" w:rsidRPr="00200860" w:rsidRDefault="00902C64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739" w:type="dxa"/>
            <w:tcBorders>
              <w:bottom w:val="single" w:sz="4" w:space="0" w:color="auto"/>
            </w:tcBorders>
          </w:tcPr>
          <w:p w:rsidR="00902C64" w:rsidRPr="00200860" w:rsidRDefault="00902C64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2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902C64" w:rsidRPr="00200860" w:rsidRDefault="00902C64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2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2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2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2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2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902C64" w:rsidRPr="00200860" w:rsidRDefault="00902C64" w:rsidP="00200860">
            <w:pPr>
              <w:jc w:val="both"/>
              <w:rPr>
                <w:rFonts w:asciiTheme="minorHAnsi" w:hAnsiTheme="minorHAnsi" w:cstheme="minorBidi"/>
                <w:color w:val="0070C0"/>
                <w:szCs w:val="22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5876FC">
        <w:tc>
          <w:tcPr>
            <w:tcW w:w="14502" w:type="dxa"/>
            <w:gridSpan w:val="6"/>
          </w:tcPr>
          <w:p w:rsidR="00200860" w:rsidRPr="00200860" w:rsidRDefault="00200860" w:rsidP="00200860">
            <w:pPr>
              <w:widowControl w:val="0"/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>Раздел 2.</w:t>
            </w:r>
            <w:r w:rsidRPr="00200860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r w:rsidRPr="00200860">
              <w:rPr>
                <w:rFonts w:ascii="Times New Roman" w:hAnsi="Times New Roman"/>
                <w:b/>
                <w:szCs w:val="24"/>
              </w:rPr>
              <w:t>Мир моих увлечений</w:t>
            </w:r>
          </w:p>
        </w:tc>
      </w:tr>
      <w:tr w:rsidR="005876FC" w:rsidRPr="00200860" w:rsidTr="005876FC">
        <w:trPr>
          <w:trHeight w:val="2300"/>
        </w:trPr>
        <w:tc>
          <w:tcPr>
            <w:tcW w:w="934" w:type="dxa"/>
          </w:tcPr>
          <w:p w:rsidR="005876FC" w:rsidRPr="00200860" w:rsidRDefault="005876FC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lastRenderedPageBreak/>
              <w:t>2.1.</w:t>
            </w:r>
          </w:p>
          <w:p w:rsidR="005876FC" w:rsidRPr="00200860" w:rsidRDefault="005876FC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62" w:type="dxa"/>
          </w:tcPr>
          <w:p w:rsidR="005876FC" w:rsidRPr="00200860" w:rsidRDefault="005876FC" w:rsidP="0020086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Мои любимые занятия на досуге.</w:t>
            </w:r>
          </w:p>
          <w:p w:rsidR="005876FC" w:rsidRPr="00200860" w:rsidRDefault="005876FC" w:rsidP="00200860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 xml:space="preserve">Путешествия. </w:t>
            </w:r>
          </w:p>
          <w:p w:rsidR="005876FC" w:rsidRPr="00200860" w:rsidRDefault="005876FC" w:rsidP="0020086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Походы.</w:t>
            </w:r>
          </w:p>
        </w:tc>
        <w:tc>
          <w:tcPr>
            <w:tcW w:w="1115" w:type="dxa"/>
          </w:tcPr>
          <w:p w:rsidR="005876FC" w:rsidRPr="00200860" w:rsidRDefault="005876FC" w:rsidP="00FE025A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30</w:t>
            </w:r>
          </w:p>
        </w:tc>
        <w:tc>
          <w:tcPr>
            <w:tcW w:w="1825" w:type="dxa"/>
          </w:tcPr>
          <w:p w:rsidR="005876FC" w:rsidRPr="00200860" w:rsidRDefault="001F6EF0" w:rsidP="001F6EF0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827" w:type="dxa"/>
          </w:tcPr>
          <w:p w:rsidR="005876FC" w:rsidRPr="00200860" w:rsidRDefault="005876FC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739" w:type="dxa"/>
          </w:tcPr>
          <w:p w:rsidR="005876FC" w:rsidRPr="00200860" w:rsidRDefault="005876FC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3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5876FC" w:rsidRPr="00200860" w:rsidRDefault="005876FC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3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5876FC" w:rsidRPr="00200860" w:rsidRDefault="005876FC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3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5876FC" w:rsidRPr="00200860" w:rsidRDefault="005876FC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3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5876FC" w:rsidRPr="00200860" w:rsidRDefault="005876FC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3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5876FC" w:rsidRPr="00200860" w:rsidRDefault="005876FC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3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5876FC" w:rsidRPr="00200860" w:rsidRDefault="005876FC" w:rsidP="00FE025A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hAnsi="Times New Roman"/>
                <w:sz w:val="20"/>
              </w:rPr>
              <w:t>«Татар</w:t>
            </w:r>
            <w:r>
              <w:rPr>
                <w:rFonts w:ascii="Times New Roman" w:hAnsi="Times New Roman"/>
                <w:sz w:val="20"/>
              </w:rPr>
              <w:t>мультфильм» Анимационная студия</w:t>
            </w:r>
          </w:p>
        </w:tc>
      </w:tr>
      <w:tr w:rsidR="00200860" w:rsidRPr="00200860" w:rsidTr="005876FC">
        <w:tc>
          <w:tcPr>
            <w:tcW w:w="14502" w:type="dxa"/>
            <w:gridSpan w:val="6"/>
          </w:tcPr>
          <w:p w:rsidR="00200860" w:rsidRPr="00200860" w:rsidRDefault="00200860" w:rsidP="000514CE">
            <w:pPr>
              <w:widowControl w:val="0"/>
              <w:tabs>
                <w:tab w:val="left" w:pos="1900"/>
              </w:tabs>
              <w:jc w:val="both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b/>
                <w:szCs w:val="24"/>
              </w:rPr>
              <w:t>Раздел 3.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 xml:space="preserve">  </w:t>
            </w:r>
            <w:r w:rsidRPr="00200860">
              <w:rPr>
                <w:rFonts w:ascii="Times New Roman" w:hAnsi="Times New Roman"/>
                <w:b/>
                <w:szCs w:val="24"/>
              </w:rPr>
              <w:t>Мир вокруг меня</w:t>
            </w:r>
          </w:p>
        </w:tc>
      </w:tr>
      <w:tr w:rsidR="00FE025A" w:rsidRPr="00200860" w:rsidTr="005876FC">
        <w:trPr>
          <w:trHeight w:val="2346"/>
        </w:trPr>
        <w:tc>
          <w:tcPr>
            <w:tcW w:w="934" w:type="dxa"/>
          </w:tcPr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3.1.</w:t>
            </w:r>
          </w:p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62" w:type="dxa"/>
          </w:tcPr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Знание и жизнь.</w:t>
            </w:r>
          </w:p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Школа.</w:t>
            </w:r>
          </w:p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Секреты хорошей учебы.</w:t>
            </w:r>
          </w:p>
        </w:tc>
        <w:tc>
          <w:tcPr>
            <w:tcW w:w="1115" w:type="dxa"/>
          </w:tcPr>
          <w:p w:rsidR="00FE025A" w:rsidRPr="00200860" w:rsidRDefault="00E872AB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3</w:t>
            </w:r>
            <w:r w:rsidR="001F6EF0">
              <w:rPr>
                <w:rFonts w:ascii="Times New Roman" w:hAnsi="Times New Roman"/>
                <w:szCs w:val="24"/>
                <w:lang w:val="tt-RU"/>
              </w:rPr>
              <w:t>7</w:t>
            </w:r>
          </w:p>
        </w:tc>
        <w:tc>
          <w:tcPr>
            <w:tcW w:w="1825" w:type="dxa"/>
          </w:tcPr>
          <w:p w:rsidR="00FE025A" w:rsidRPr="00200860" w:rsidRDefault="001F6EF0" w:rsidP="001F6EF0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827" w:type="dxa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739" w:type="dxa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3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3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3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3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4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4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5876FC">
        <w:tc>
          <w:tcPr>
            <w:tcW w:w="14502" w:type="dxa"/>
            <w:gridSpan w:val="6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B07167">
              <w:rPr>
                <w:rFonts w:ascii="Times New Roman" w:hAnsi="Times New Roman"/>
                <w:b/>
                <w:szCs w:val="24"/>
              </w:rPr>
              <w:t>Раздел 4.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 Моя Родина</w:t>
            </w:r>
          </w:p>
        </w:tc>
      </w:tr>
      <w:tr w:rsidR="00FE025A" w:rsidRPr="00200860" w:rsidTr="005876FC">
        <w:trPr>
          <w:trHeight w:val="2687"/>
        </w:trPr>
        <w:tc>
          <w:tcPr>
            <w:tcW w:w="934" w:type="dxa"/>
          </w:tcPr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4.1.</w:t>
            </w:r>
          </w:p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62" w:type="dxa"/>
          </w:tcPr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Моя малая родина.</w:t>
            </w:r>
          </w:p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Географическое положение, климат, природа.</w:t>
            </w:r>
          </w:p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Исторические и памятные места.Казань - столица Татарстана.</w:t>
            </w:r>
            <w:r w:rsidR="000514CE">
              <w:rPr>
                <w:rFonts w:ascii="Times New Roman" w:hAnsi="Times New Roman"/>
                <w:szCs w:val="24"/>
              </w:rPr>
              <w:t xml:space="preserve"> </w:t>
            </w:r>
            <w:r w:rsidRPr="00200860">
              <w:rPr>
                <w:rFonts w:ascii="Times New Roman" w:eastAsiaTheme="minorEastAsia" w:hAnsi="Times New Roman"/>
                <w:szCs w:val="24"/>
              </w:rPr>
              <w:t>Выдающиеся представители татарского народа.</w:t>
            </w:r>
          </w:p>
        </w:tc>
        <w:tc>
          <w:tcPr>
            <w:tcW w:w="1115" w:type="dxa"/>
          </w:tcPr>
          <w:p w:rsidR="00FE025A" w:rsidRPr="00200860" w:rsidRDefault="00E872AB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</w:t>
            </w:r>
            <w:r w:rsidR="001F6EF0">
              <w:rPr>
                <w:rFonts w:ascii="Times New Roman" w:hAnsi="Times New Roman"/>
                <w:szCs w:val="24"/>
                <w:lang w:val="tt-RU"/>
              </w:rPr>
              <w:t>8</w:t>
            </w:r>
          </w:p>
        </w:tc>
        <w:tc>
          <w:tcPr>
            <w:tcW w:w="1825" w:type="dxa"/>
          </w:tcPr>
          <w:p w:rsidR="00FE025A" w:rsidRPr="00200860" w:rsidRDefault="001F6EF0" w:rsidP="001F6EF0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827" w:type="dxa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739" w:type="dxa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4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4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4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4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4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4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5876FC">
        <w:tc>
          <w:tcPr>
            <w:tcW w:w="3996" w:type="dxa"/>
            <w:gridSpan w:val="2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Общее кол-во часов</w:t>
            </w:r>
          </w:p>
        </w:tc>
        <w:tc>
          <w:tcPr>
            <w:tcW w:w="1115" w:type="dxa"/>
          </w:tcPr>
          <w:p w:rsidR="00200860" w:rsidRPr="00200860" w:rsidRDefault="00DD7164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102</w:t>
            </w:r>
          </w:p>
        </w:tc>
        <w:tc>
          <w:tcPr>
            <w:tcW w:w="1825" w:type="dxa"/>
          </w:tcPr>
          <w:p w:rsidR="00200860" w:rsidRPr="00200860" w:rsidRDefault="001F6EF0" w:rsidP="001F6EF0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4</w:t>
            </w:r>
          </w:p>
        </w:tc>
        <w:tc>
          <w:tcPr>
            <w:tcW w:w="1827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739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</w:tbl>
    <w:p w:rsidR="00052FD0" w:rsidRDefault="00052FD0" w:rsidP="00200860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200860" w:rsidRPr="00EA36A2" w:rsidRDefault="00200860" w:rsidP="00200860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EA36A2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8 класс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25"/>
        <w:gridCol w:w="3085"/>
        <w:gridCol w:w="1096"/>
        <w:gridCol w:w="1841"/>
        <w:gridCol w:w="1793"/>
        <w:gridCol w:w="126"/>
        <w:gridCol w:w="5410"/>
      </w:tblGrid>
      <w:tr w:rsidR="00200860" w:rsidRPr="00200860" w:rsidTr="000514CE">
        <w:tc>
          <w:tcPr>
            <w:tcW w:w="933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0514CE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3106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770" w:type="dxa"/>
            <w:gridSpan w:val="3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5693" w:type="dxa"/>
            <w:gridSpan w:val="2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200860" w:rsidRPr="00200860" w:rsidTr="000514CE">
        <w:tc>
          <w:tcPr>
            <w:tcW w:w="933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106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113" w:type="dxa"/>
          </w:tcPr>
          <w:p w:rsidR="00200860" w:rsidRPr="00200860" w:rsidRDefault="00200860" w:rsidP="00200860">
            <w:pPr>
              <w:jc w:val="center"/>
              <w:rPr>
                <w:rFonts w:ascii="Times New Roman" w:eastAsiaTheme="minorEastAsia" w:hAnsi="Times New Roman"/>
                <w:color w:val="000000"/>
                <w:szCs w:val="24"/>
              </w:rPr>
            </w:pPr>
            <w:r w:rsidRPr="00200860">
              <w:rPr>
                <w:rFonts w:ascii="Times New Roman" w:eastAsiaTheme="minorEastAsia" w:hAnsi="Times New Roman"/>
                <w:color w:val="000000"/>
                <w:szCs w:val="24"/>
              </w:rPr>
              <w:t>Всего</w:t>
            </w:r>
          </w:p>
        </w:tc>
        <w:tc>
          <w:tcPr>
            <w:tcW w:w="1856" w:type="dxa"/>
          </w:tcPr>
          <w:p w:rsidR="00200860" w:rsidRPr="00200860" w:rsidRDefault="00200860" w:rsidP="00200860">
            <w:pPr>
              <w:jc w:val="center"/>
              <w:rPr>
                <w:rFonts w:ascii="Times New Roman" w:eastAsiaTheme="minorEastAsia" w:hAnsi="Times New Roman"/>
                <w:color w:val="000000"/>
                <w:szCs w:val="24"/>
              </w:rPr>
            </w:pPr>
            <w:r w:rsidRPr="00200860">
              <w:rPr>
                <w:rFonts w:ascii="Times New Roman" w:eastAsiaTheme="minorEastAsia" w:hAnsi="Times New Roman"/>
                <w:color w:val="000000"/>
                <w:szCs w:val="24"/>
              </w:rPr>
              <w:t>Контрольные работы</w:t>
            </w:r>
          </w:p>
        </w:tc>
        <w:tc>
          <w:tcPr>
            <w:tcW w:w="1801" w:type="dxa"/>
          </w:tcPr>
          <w:p w:rsidR="00200860" w:rsidRPr="00200860" w:rsidRDefault="00200860" w:rsidP="00200860">
            <w:pPr>
              <w:jc w:val="center"/>
              <w:rPr>
                <w:rFonts w:ascii="Times New Roman" w:eastAsiaTheme="minorEastAsia" w:hAnsi="Times New Roman"/>
                <w:color w:val="000000"/>
                <w:szCs w:val="24"/>
              </w:rPr>
            </w:pPr>
            <w:r w:rsidRPr="00200860">
              <w:rPr>
                <w:rFonts w:ascii="Times New Roman" w:eastAsiaTheme="minorEastAsia" w:hAnsi="Times New Roman"/>
                <w:color w:val="000000"/>
                <w:szCs w:val="24"/>
              </w:rPr>
              <w:t>Практические работы</w:t>
            </w:r>
          </w:p>
        </w:tc>
        <w:tc>
          <w:tcPr>
            <w:tcW w:w="5693" w:type="dxa"/>
            <w:gridSpan w:val="2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0514CE">
        <w:tc>
          <w:tcPr>
            <w:tcW w:w="14502" w:type="dxa"/>
            <w:gridSpan w:val="7"/>
          </w:tcPr>
          <w:p w:rsidR="00200860" w:rsidRPr="00200860" w:rsidRDefault="00200860" w:rsidP="00200860">
            <w:pPr>
              <w:widowControl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lastRenderedPageBreak/>
              <w:t xml:space="preserve">Раздел 1. </w:t>
            </w:r>
            <w:r w:rsidRPr="00200860">
              <w:rPr>
                <w:rFonts w:ascii="Times New Roman" w:hAnsi="Times New Roman"/>
                <w:b/>
                <w:szCs w:val="24"/>
              </w:rPr>
              <w:t xml:space="preserve">Мир </w:t>
            </w:r>
            <w:r w:rsidRPr="00200860">
              <w:rPr>
                <w:rFonts w:ascii="Times New Roman" w:hAnsi="Times New Roman"/>
                <w:b/>
                <w:szCs w:val="24"/>
                <w:lang w:val="tt-RU"/>
              </w:rPr>
              <w:t xml:space="preserve">моего </w:t>
            </w:r>
            <w:r w:rsidRPr="00200860">
              <w:rPr>
                <w:rFonts w:ascii="Times New Roman" w:hAnsi="Times New Roman"/>
                <w:b/>
                <w:szCs w:val="24"/>
              </w:rPr>
              <w:t>«Я»</w:t>
            </w:r>
          </w:p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FE025A" w:rsidRPr="00200860" w:rsidTr="000514CE">
        <w:trPr>
          <w:trHeight w:val="2456"/>
        </w:trPr>
        <w:tc>
          <w:tcPr>
            <w:tcW w:w="933" w:type="dxa"/>
          </w:tcPr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1.1.</w:t>
            </w:r>
          </w:p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106" w:type="dxa"/>
          </w:tcPr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Общение и дружба с ровесниками.</w:t>
            </w:r>
          </w:p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Свободное время, любимые занятия и путешествия.</w:t>
            </w:r>
          </w:p>
        </w:tc>
        <w:tc>
          <w:tcPr>
            <w:tcW w:w="1113" w:type="dxa"/>
          </w:tcPr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3</w:t>
            </w:r>
            <w:r w:rsidR="005645A1">
              <w:rPr>
                <w:rFonts w:ascii="Times New Roman" w:eastAsiaTheme="minorEastAsia" w:hAnsi="Times New Roman"/>
                <w:szCs w:val="24"/>
              </w:rPr>
              <w:t>6</w:t>
            </w:r>
          </w:p>
        </w:tc>
        <w:tc>
          <w:tcPr>
            <w:tcW w:w="1856" w:type="dxa"/>
          </w:tcPr>
          <w:p w:rsidR="00FE025A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2</w:t>
            </w:r>
          </w:p>
        </w:tc>
        <w:tc>
          <w:tcPr>
            <w:tcW w:w="1801" w:type="dxa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693" w:type="dxa"/>
            <w:gridSpan w:val="2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4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4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5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5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5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5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FE025A" w:rsidRPr="00200860" w:rsidRDefault="00FE025A" w:rsidP="00200860">
            <w:pPr>
              <w:jc w:val="both"/>
              <w:rPr>
                <w:rFonts w:asciiTheme="minorHAnsi" w:hAnsiTheme="minorHAnsi" w:cstheme="minorBidi"/>
                <w:color w:val="0070C0"/>
                <w:szCs w:val="22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0514CE">
        <w:tc>
          <w:tcPr>
            <w:tcW w:w="14502" w:type="dxa"/>
            <w:gridSpan w:val="7"/>
          </w:tcPr>
          <w:p w:rsidR="00200860" w:rsidRPr="00200860" w:rsidRDefault="00200860" w:rsidP="00200860">
            <w:pPr>
              <w:widowControl w:val="0"/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>Раздел 2.</w:t>
            </w:r>
            <w:r w:rsidRPr="00200860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r w:rsidRPr="00200860">
              <w:rPr>
                <w:rFonts w:ascii="Times New Roman" w:hAnsi="Times New Roman"/>
                <w:b/>
                <w:szCs w:val="24"/>
              </w:rPr>
              <w:t>Мир вокруг меня</w:t>
            </w:r>
          </w:p>
        </w:tc>
      </w:tr>
      <w:tr w:rsidR="000514CE" w:rsidRPr="00200860" w:rsidTr="000514CE">
        <w:trPr>
          <w:trHeight w:val="2300"/>
        </w:trPr>
        <w:tc>
          <w:tcPr>
            <w:tcW w:w="933" w:type="dxa"/>
          </w:tcPr>
          <w:p w:rsidR="000514CE" w:rsidRPr="00200860" w:rsidRDefault="000514CE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2.1.</w:t>
            </w:r>
          </w:p>
          <w:p w:rsidR="000514CE" w:rsidRPr="00200860" w:rsidRDefault="000514CE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106" w:type="dxa"/>
          </w:tcPr>
          <w:p w:rsidR="000514CE" w:rsidRPr="00200860" w:rsidRDefault="000514CE" w:rsidP="0020086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Школьная жизнь.</w:t>
            </w:r>
          </w:p>
          <w:p w:rsidR="000514CE" w:rsidRPr="00200860" w:rsidRDefault="000514CE" w:rsidP="00200860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Планирование своего времени.</w:t>
            </w:r>
          </w:p>
          <w:p w:rsidR="000514CE" w:rsidRPr="00200860" w:rsidRDefault="000514CE" w:rsidP="0020086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Природа и человек.</w:t>
            </w:r>
          </w:p>
          <w:p w:rsidR="000514CE" w:rsidRPr="00200860" w:rsidRDefault="000514CE" w:rsidP="0020086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Экология и окружающая среда.</w:t>
            </w:r>
          </w:p>
        </w:tc>
        <w:tc>
          <w:tcPr>
            <w:tcW w:w="1113" w:type="dxa"/>
          </w:tcPr>
          <w:p w:rsidR="000514CE" w:rsidRPr="00200860" w:rsidRDefault="00DA24FF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20</w:t>
            </w:r>
          </w:p>
        </w:tc>
        <w:tc>
          <w:tcPr>
            <w:tcW w:w="1856" w:type="dxa"/>
          </w:tcPr>
          <w:p w:rsidR="000514CE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801" w:type="dxa"/>
          </w:tcPr>
          <w:p w:rsidR="000514CE" w:rsidRPr="00200860" w:rsidRDefault="000514CE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693" w:type="dxa"/>
            <w:gridSpan w:val="2"/>
          </w:tcPr>
          <w:p w:rsidR="000514CE" w:rsidRPr="00200860" w:rsidRDefault="000514CE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5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0514CE" w:rsidRPr="00200860" w:rsidRDefault="000514CE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5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5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5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5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5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0514CE" w:rsidRPr="00200860" w:rsidRDefault="000514CE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0514CE">
        <w:tc>
          <w:tcPr>
            <w:tcW w:w="14502" w:type="dxa"/>
            <w:gridSpan w:val="7"/>
          </w:tcPr>
          <w:p w:rsidR="00200860" w:rsidRPr="00200860" w:rsidRDefault="00200860" w:rsidP="00200860">
            <w:pPr>
              <w:widowControl w:val="0"/>
              <w:tabs>
                <w:tab w:val="left" w:pos="1900"/>
              </w:tabs>
              <w:spacing w:line="475" w:lineRule="exact"/>
              <w:jc w:val="both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b/>
                <w:szCs w:val="24"/>
              </w:rPr>
              <w:t>Раздел 3.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 xml:space="preserve">  </w:t>
            </w:r>
            <w:r w:rsidRPr="00200860">
              <w:rPr>
                <w:rFonts w:ascii="Times New Roman" w:hAnsi="Times New Roman"/>
                <w:b/>
                <w:szCs w:val="24"/>
              </w:rPr>
              <w:t>Мир моих увлечений</w:t>
            </w:r>
          </w:p>
        </w:tc>
      </w:tr>
      <w:tr w:rsidR="00FE025A" w:rsidRPr="00200860" w:rsidTr="000514CE">
        <w:trPr>
          <w:trHeight w:val="2454"/>
        </w:trPr>
        <w:tc>
          <w:tcPr>
            <w:tcW w:w="933" w:type="dxa"/>
          </w:tcPr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lastRenderedPageBreak/>
              <w:t>3.1.</w:t>
            </w:r>
          </w:p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106" w:type="dxa"/>
          </w:tcPr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В мире музыки.</w:t>
            </w:r>
          </w:p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Молодежная мода и дизайн.</w:t>
            </w:r>
          </w:p>
          <w:p w:rsidR="00FE025A" w:rsidRPr="00200860" w:rsidRDefault="00FE025A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Здоровый образ жизни.</w:t>
            </w:r>
          </w:p>
        </w:tc>
        <w:tc>
          <w:tcPr>
            <w:tcW w:w="1113" w:type="dxa"/>
          </w:tcPr>
          <w:p w:rsidR="00FE025A" w:rsidRPr="00200860" w:rsidRDefault="005645A1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6</w:t>
            </w:r>
          </w:p>
        </w:tc>
        <w:tc>
          <w:tcPr>
            <w:tcW w:w="1856" w:type="dxa"/>
          </w:tcPr>
          <w:p w:rsidR="00FE025A" w:rsidRPr="00200860" w:rsidRDefault="00FE025A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801" w:type="dxa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693" w:type="dxa"/>
            <w:gridSpan w:val="2"/>
          </w:tcPr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6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6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6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6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6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FE025A" w:rsidRPr="00200860" w:rsidRDefault="00FE025A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6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FE025A" w:rsidRPr="00200860" w:rsidRDefault="00FE025A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0514CE">
        <w:tc>
          <w:tcPr>
            <w:tcW w:w="14502" w:type="dxa"/>
            <w:gridSpan w:val="7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Раздел 4.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 Моя Родина</w:t>
            </w:r>
          </w:p>
        </w:tc>
      </w:tr>
      <w:tr w:rsidR="000514CE" w:rsidRPr="00200860" w:rsidTr="00867BDB">
        <w:trPr>
          <w:trHeight w:val="2484"/>
        </w:trPr>
        <w:tc>
          <w:tcPr>
            <w:tcW w:w="933" w:type="dxa"/>
          </w:tcPr>
          <w:p w:rsidR="000514CE" w:rsidRPr="00200860" w:rsidRDefault="000514CE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4.1.</w:t>
            </w:r>
          </w:p>
          <w:p w:rsidR="000514CE" w:rsidRPr="00200860" w:rsidRDefault="000514CE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106" w:type="dxa"/>
          </w:tcPr>
          <w:p w:rsidR="000514CE" w:rsidRPr="00200860" w:rsidRDefault="000514CE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Города России и Татарстана, их достопримечательности.</w:t>
            </w:r>
          </w:p>
          <w:p w:rsidR="000514CE" w:rsidRPr="00200860" w:rsidRDefault="000514CE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Татарстан - мой родной край.</w:t>
            </w:r>
          </w:p>
          <w:p w:rsidR="000514CE" w:rsidRPr="00200860" w:rsidRDefault="000514CE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Выдающиеся личности татарского народа (ученые, писатели, поэты, артисты, спортсмены).</w:t>
            </w:r>
          </w:p>
        </w:tc>
        <w:tc>
          <w:tcPr>
            <w:tcW w:w="1113" w:type="dxa"/>
          </w:tcPr>
          <w:p w:rsidR="000514CE" w:rsidRPr="00200860" w:rsidRDefault="00DA24FF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2</w:t>
            </w:r>
            <w:r w:rsidR="005645A1">
              <w:rPr>
                <w:rFonts w:ascii="Times New Roman" w:hAnsi="Times New Roman"/>
                <w:szCs w:val="24"/>
                <w:lang w:val="tt-RU"/>
              </w:rPr>
              <w:t>3</w:t>
            </w:r>
          </w:p>
        </w:tc>
        <w:tc>
          <w:tcPr>
            <w:tcW w:w="1856" w:type="dxa"/>
          </w:tcPr>
          <w:p w:rsidR="000514CE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34" w:type="dxa"/>
            <w:gridSpan w:val="2"/>
          </w:tcPr>
          <w:p w:rsidR="000514CE" w:rsidRPr="00200860" w:rsidRDefault="000514CE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560" w:type="dxa"/>
          </w:tcPr>
          <w:p w:rsidR="000514CE" w:rsidRPr="00200860" w:rsidRDefault="000514CE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6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0514CE" w:rsidRPr="00200860" w:rsidRDefault="000514CE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6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6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6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7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0514CE" w:rsidRPr="00200860" w:rsidRDefault="000514CE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7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0514CE" w:rsidRPr="00200860" w:rsidRDefault="000514CE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0514CE">
        <w:tc>
          <w:tcPr>
            <w:tcW w:w="4039" w:type="dxa"/>
            <w:gridSpan w:val="2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Общее кол-во часов</w:t>
            </w:r>
          </w:p>
        </w:tc>
        <w:tc>
          <w:tcPr>
            <w:tcW w:w="1113" w:type="dxa"/>
          </w:tcPr>
          <w:p w:rsidR="00200860" w:rsidRPr="00200860" w:rsidRDefault="00DA24FF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85</w:t>
            </w:r>
          </w:p>
        </w:tc>
        <w:tc>
          <w:tcPr>
            <w:tcW w:w="1856" w:type="dxa"/>
          </w:tcPr>
          <w:p w:rsidR="00200860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4</w:t>
            </w:r>
          </w:p>
        </w:tc>
        <w:tc>
          <w:tcPr>
            <w:tcW w:w="1934" w:type="dxa"/>
            <w:gridSpan w:val="2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560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</w:tbl>
    <w:p w:rsidR="00052FD0" w:rsidRDefault="00052FD0" w:rsidP="00200860">
      <w:pPr>
        <w:rPr>
          <w:rFonts w:ascii="Times New Roman" w:hAnsi="Times New Roman"/>
          <w:b/>
          <w:bCs/>
          <w:caps/>
          <w:color w:val="000000"/>
          <w:sz w:val="28"/>
          <w:szCs w:val="28"/>
        </w:rPr>
      </w:pPr>
    </w:p>
    <w:p w:rsidR="00B07167" w:rsidRDefault="00B07167" w:rsidP="00200860">
      <w:pPr>
        <w:rPr>
          <w:rFonts w:ascii="Times New Roman" w:hAnsi="Times New Roman"/>
          <w:b/>
          <w:bCs/>
          <w:caps/>
          <w:color w:val="000000"/>
          <w:sz w:val="28"/>
          <w:szCs w:val="28"/>
        </w:rPr>
      </w:pPr>
    </w:p>
    <w:p w:rsidR="00200860" w:rsidRPr="001A76E8" w:rsidRDefault="00200860" w:rsidP="00200860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1A76E8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9 класс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30"/>
        <w:gridCol w:w="3029"/>
        <w:gridCol w:w="1098"/>
        <w:gridCol w:w="1856"/>
        <w:gridCol w:w="1935"/>
        <w:gridCol w:w="5428"/>
      </w:tblGrid>
      <w:tr w:rsidR="00200860" w:rsidRPr="000514CE" w:rsidTr="00B07167">
        <w:tc>
          <w:tcPr>
            <w:tcW w:w="937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0514CE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3075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921" w:type="dxa"/>
            <w:gridSpan w:val="3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5569" w:type="dxa"/>
            <w:vMerge w:val="restart"/>
          </w:tcPr>
          <w:p w:rsidR="00200860" w:rsidRPr="000514CE" w:rsidRDefault="00200860" w:rsidP="00200860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200860" w:rsidRPr="00200860" w:rsidTr="00B07167">
        <w:tc>
          <w:tcPr>
            <w:tcW w:w="937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75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1114" w:type="dxa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Всего</w:t>
            </w:r>
          </w:p>
        </w:tc>
        <w:tc>
          <w:tcPr>
            <w:tcW w:w="1864" w:type="dxa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Контрольные работы</w:t>
            </w:r>
          </w:p>
        </w:tc>
        <w:tc>
          <w:tcPr>
            <w:tcW w:w="1943" w:type="dxa"/>
          </w:tcPr>
          <w:p w:rsidR="00200860" w:rsidRPr="000514CE" w:rsidRDefault="00200860" w:rsidP="00200860">
            <w:pPr>
              <w:jc w:val="center"/>
              <w:rPr>
                <w:rFonts w:ascii="Times New Roman" w:eastAsiaTheme="minorEastAsia" w:hAnsi="Times New Roman"/>
                <w:b/>
                <w:color w:val="000000"/>
                <w:szCs w:val="24"/>
              </w:rPr>
            </w:pPr>
            <w:r w:rsidRPr="000514CE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Практические работы</w:t>
            </w:r>
          </w:p>
        </w:tc>
        <w:tc>
          <w:tcPr>
            <w:tcW w:w="5569" w:type="dxa"/>
            <w:vMerge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200860" w:rsidRPr="00200860" w:rsidTr="00B07167">
        <w:tc>
          <w:tcPr>
            <w:tcW w:w="14502" w:type="dxa"/>
            <w:gridSpan w:val="6"/>
          </w:tcPr>
          <w:p w:rsidR="00200860" w:rsidRPr="00200860" w:rsidRDefault="00200860" w:rsidP="00200860">
            <w:pPr>
              <w:widowControl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Раздел 1. </w:t>
            </w:r>
            <w:r w:rsidRPr="00200860">
              <w:rPr>
                <w:rFonts w:ascii="Times New Roman" w:hAnsi="Times New Roman"/>
                <w:b/>
                <w:szCs w:val="24"/>
              </w:rPr>
              <w:t xml:space="preserve">Мир </w:t>
            </w:r>
            <w:r w:rsidRPr="00200860">
              <w:rPr>
                <w:rFonts w:ascii="Times New Roman" w:hAnsi="Times New Roman"/>
                <w:b/>
                <w:szCs w:val="24"/>
                <w:lang w:val="tt-RU"/>
              </w:rPr>
              <w:t xml:space="preserve">моего </w:t>
            </w:r>
            <w:r w:rsidRPr="00200860">
              <w:rPr>
                <w:rFonts w:ascii="Times New Roman" w:hAnsi="Times New Roman"/>
                <w:b/>
                <w:szCs w:val="24"/>
              </w:rPr>
              <w:t>«Я»</w:t>
            </w:r>
          </w:p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B07167" w:rsidRPr="00200860" w:rsidTr="00B07167">
        <w:trPr>
          <w:trHeight w:val="2300"/>
        </w:trPr>
        <w:tc>
          <w:tcPr>
            <w:tcW w:w="937" w:type="dxa"/>
          </w:tcPr>
          <w:p w:rsidR="00B07167" w:rsidRPr="00200860" w:rsidRDefault="00B0716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lastRenderedPageBreak/>
              <w:t>1.1.</w:t>
            </w:r>
          </w:p>
          <w:p w:rsidR="00B07167" w:rsidRPr="00200860" w:rsidRDefault="00B0716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75" w:type="dxa"/>
          </w:tcPr>
          <w:p w:rsidR="00B07167" w:rsidRPr="00200860" w:rsidRDefault="00B0716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Здоровье. Здоровый образ жизни.</w:t>
            </w:r>
          </w:p>
          <w:p w:rsidR="00B07167" w:rsidRPr="00200860" w:rsidRDefault="00B0716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Хорошие и вредные привычки.</w:t>
            </w:r>
          </w:p>
          <w:p w:rsidR="00B07167" w:rsidRPr="00200860" w:rsidRDefault="00B0716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Эмоциональный интеллект.</w:t>
            </w:r>
          </w:p>
        </w:tc>
        <w:tc>
          <w:tcPr>
            <w:tcW w:w="1114" w:type="dxa"/>
          </w:tcPr>
          <w:p w:rsidR="00B07167" w:rsidRPr="00200860" w:rsidRDefault="001D0265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9</w:t>
            </w:r>
          </w:p>
        </w:tc>
        <w:tc>
          <w:tcPr>
            <w:tcW w:w="1864" w:type="dxa"/>
          </w:tcPr>
          <w:p w:rsidR="00B07167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43" w:type="dxa"/>
          </w:tcPr>
          <w:p w:rsidR="00B07167" w:rsidRPr="00200860" w:rsidRDefault="00B07167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569" w:type="dxa"/>
          </w:tcPr>
          <w:p w:rsidR="00B07167" w:rsidRPr="00200860" w:rsidRDefault="00B07167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7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B07167" w:rsidRPr="00200860" w:rsidRDefault="00B07167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7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7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7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7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7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B07167" w:rsidRPr="00200860" w:rsidRDefault="00B07167" w:rsidP="00200860">
            <w:pPr>
              <w:jc w:val="both"/>
              <w:rPr>
                <w:rFonts w:asciiTheme="minorHAnsi" w:hAnsiTheme="minorHAnsi" w:cstheme="minorBidi"/>
                <w:color w:val="0070C0"/>
                <w:szCs w:val="22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B07167">
        <w:tc>
          <w:tcPr>
            <w:tcW w:w="14502" w:type="dxa"/>
            <w:gridSpan w:val="6"/>
          </w:tcPr>
          <w:p w:rsidR="00200860" w:rsidRPr="00200860" w:rsidRDefault="00200860" w:rsidP="00200860">
            <w:pPr>
              <w:widowControl w:val="0"/>
              <w:tabs>
                <w:tab w:val="left" w:pos="1910"/>
              </w:tabs>
              <w:spacing w:line="475" w:lineRule="exact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00860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  <w:t>Раздел 2.</w:t>
            </w:r>
            <w:r w:rsidRPr="00200860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r w:rsidRPr="00200860">
              <w:rPr>
                <w:rFonts w:ascii="Times New Roman" w:hAnsi="Times New Roman"/>
                <w:b/>
                <w:szCs w:val="24"/>
              </w:rPr>
              <w:t>Мир вокруг меня</w:t>
            </w:r>
          </w:p>
        </w:tc>
      </w:tr>
      <w:tr w:rsidR="0065135F" w:rsidRPr="00200860" w:rsidTr="00B07167">
        <w:trPr>
          <w:trHeight w:val="2472"/>
        </w:trPr>
        <w:tc>
          <w:tcPr>
            <w:tcW w:w="937" w:type="dxa"/>
          </w:tcPr>
          <w:p w:rsidR="0065135F" w:rsidRPr="00200860" w:rsidRDefault="0065135F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2.1.</w:t>
            </w:r>
          </w:p>
          <w:p w:rsidR="0065135F" w:rsidRPr="00200860" w:rsidRDefault="0065135F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75" w:type="dxa"/>
          </w:tcPr>
          <w:p w:rsidR="0065135F" w:rsidRPr="00200860" w:rsidRDefault="0065135F" w:rsidP="0020086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Достижения науки и техники.</w:t>
            </w:r>
          </w:p>
          <w:p w:rsidR="0065135F" w:rsidRPr="00200860" w:rsidRDefault="0065135F" w:rsidP="00200860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szCs w:val="24"/>
              </w:rPr>
              <w:t>Онлайн-общение.</w:t>
            </w:r>
          </w:p>
        </w:tc>
        <w:tc>
          <w:tcPr>
            <w:tcW w:w="1114" w:type="dxa"/>
          </w:tcPr>
          <w:p w:rsidR="0065135F" w:rsidRPr="00200860" w:rsidRDefault="001D0265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  <w:r w:rsidR="005645A1">
              <w:rPr>
                <w:rFonts w:ascii="Times New Roman" w:eastAsiaTheme="minorEastAsia" w:hAnsi="Times New Roman"/>
                <w:szCs w:val="24"/>
              </w:rPr>
              <w:t>6</w:t>
            </w:r>
          </w:p>
        </w:tc>
        <w:tc>
          <w:tcPr>
            <w:tcW w:w="1864" w:type="dxa"/>
          </w:tcPr>
          <w:p w:rsidR="0065135F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43" w:type="dxa"/>
          </w:tcPr>
          <w:p w:rsidR="0065135F" w:rsidRPr="00200860" w:rsidRDefault="0065135F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569" w:type="dxa"/>
          </w:tcPr>
          <w:p w:rsidR="0065135F" w:rsidRPr="00200860" w:rsidRDefault="0065135F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7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65135F" w:rsidRPr="00200860" w:rsidRDefault="0065135F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7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65135F" w:rsidRPr="00200860" w:rsidRDefault="0065135F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8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65135F" w:rsidRPr="00200860" w:rsidRDefault="0065135F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8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65135F" w:rsidRPr="00200860" w:rsidRDefault="0065135F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8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65135F" w:rsidRPr="00200860" w:rsidRDefault="0065135F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8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65135F" w:rsidRPr="00200860" w:rsidRDefault="0065135F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B07167">
        <w:tc>
          <w:tcPr>
            <w:tcW w:w="14502" w:type="dxa"/>
            <w:gridSpan w:val="6"/>
          </w:tcPr>
          <w:p w:rsidR="00200860" w:rsidRPr="00200860" w:rsidRDefault="00200860" w:rsidP="00200860">
            <w:pPr>
              <w:widowControl w:val="0"/>
              <w:tabs>
                <w:tab w:val="left" w:pos="1900"/>
              </w:tabs>
              <w:spacing w:line="475" w:lineRule="exact"/>
              <w:jc w:val="both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200860">
              <w:rPr>
                <w:rFonts w:ascii="Times New Roman" w:hAnsi="Times New Roman"/>
                <w:b/>
                <w:szCs w:val="24"/>
              </w:rPr>
              <w:t>Раздел 3.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 xml:space="preserve">  </w:t>
            </w:r>
            <w:r w:rsidRPr="00200860">
              <w:rPr>
                <w:rFonts w:ascii="Times New Roman" w:hAnsi="Times New Roman"/>
                <w:b/>
                <w:szCs w:val="24"/>
              </w:rPr>
              <w:t>Мир моих увлечений</w:t>
            </w:r>
          </w:p>
        </w:tc>
      </w:tr>
      <w:tr w:rsidR="00902C64" w:rsidRPr="00200860" w:rsidTr="00B07167">
        <w:trPr>
          <w:trHeight w:val="2472"/>
        </w:trPr>
        <w:tc>
          <w:tcPr>
            <w:tcW w:w="937" w:type="dxa"/>
          </w:tcPr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3.1.</w:t>
            </w:r>
          </w:p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75" w:type="dxa"/>
          </w:tcPr>
          <w:p w:rsidR="00902C64" w:rsidRPr="00200860" w:rsidRDefault="00902C64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Планы на будущее.</w:t>
            </w:r>
          </w:p>
          <w:p w:rsidR="00902C64" w:rsidRPr="00200860" w:rsidRDefault="00902C64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Выбор профессии.</w:t>
            </w:r>
          </w:p>
          <w:p w:rsidR="00902C64" w:rsidRPr="00200860" w:rsidRDefault="00902C64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Востребованные профессии.</w:t>
            </w:r>
          </w:p>
          <w:p w:rsidR="00902C64" w:rsidRPr="00200860" w:rsidRDefault="00902C64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Профессиональные учебные заведения.</w:t>
            </w:r>
          </w:p>
        </w:tc>
        <w:tc>
          <w:tcPr>
            <w:tcW w:w="1114" w:type="dxa"/>
          </w:tcPr>
          <w:p w:rsidR="00902C64" w:rsidRPr="00200860" w:rsidRDefault="001D0265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10</w:t>
            </w:r>
          </w:p>
        </w:tc>
        <w:tc>
          <w:tcPr>
            <w:tcW w:w="1864" w:type="dxa"/>
          </w:tcPr>
          <w:p w:rsidR="00902C64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43" w:type="dxa"/>
          </w:tcPr>
          <w:p w:rsidR="00902C64" w:rsidRPr="00200860" w:rsidRDefault="00902C64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569" w:type="dxa"/>
          </w:tcPr>
          <w:p w:rsidR="00902C64" w:rsidRPr="00200860" w:rsidRDefault="00902C64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8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902C64" w:rsidRPr="00200860" w:rsidRDefault="00902C64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8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86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87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88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902C64" w:rsidRPr="00200860" w:rsidRDefault="00902C64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89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902C64" w:rsidRPr="00200860" w:rsidRDefault="00902C64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B07167">
        <w:tc>
          <w:tcPr>
            <w:tcW w:w="14502" w:type="dxa"/>
            <w:gridSpan w:val="6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Раздел 4.</w:t>
            </w:r>
            <w:r w:rsidRPr="00200860">
              <w:rPr>
                <w:rFonts w:ascii="Times New Roman" w:hAnsi="Times New Roman"/>
                <w:b/>
                <w:bCs/>
                <w:szCs w:val="24"/>
              </w:rPr>
              <w:t> Моя Родина</w:t>
            </w:r>
          </w:p>
        </w:tc>
      </w:tr>
      <w:tr w:rsidR="00B07167" w:rsidRPr="00200860" w:rsidTr="005E1D92">
        <w:trPr>
          <w:trHeight w:val="2484"/>
        </w:trPr>
        <w:tc>
          <w:tcPr>
            <w:tcW w:w="937" w:type="dxa"/>
          </w:tcPr>
          <w:p w:rsidR="00B07167" w:rsidRPr="00200860" w:rsidRDefault="00B0716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lastRenderedPageBreak/>
              <w:t>4.1.</w:t>
            </w:r>
          </w:p>
          <w:p w:rsidR="00B07167" w:rsidRPr="00200860" w:rsidRDefault="00B07167" w:rsidP="00200860">
            <w:pPr>
              <w:jc w:val="both"/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3075" w:type="dxa"/>
          </w:tcPr>
          <w:p w:rsidR="00B07167" w:rsidRPr="00200860" w:rsidRDefault="00B07167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Республика Татарстан.</w:t>
            </w:r>
          </w:p>
          <w:p w:rsidR="00B07167" w:rsidRPr="00200860" w:rsidRDefault="00B07167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Достижения Республики Татарстан: экономика, культура, спорт.</w:t>
            </w:r>
          </w:p>
          <w:p w:rsidR="00B07167" w:rsidRPr="00200860" w:rsidRDefault="00B07167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Выдающиеся представители татарского народа.</w:t>
            </w:r>
          </w:p>
          <w:p w:rsidR="00B07167" w:rsidRPr="00200860" w:rsidRDefault="00B07167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eastAsiaTheme="minorEastAsia" w:hAnsi="Times New Roman"/>
                <w:szCs w:val="24"/>
              </w:rPr>
              <w:t>Защитники Отечества. 9 Мая - День Победы.</w:t>
            </w:r>
          </w:p>
        </w:tc>
        <w:tc>
          <w:tcPr>
            <w:tcW w:w="1114" w:type="dxa"/>
          </w:tcPr>
          <w:p w:rsidR="00B07167" w:rsidRPr="00200860" w:rsidRDefault="001D0265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16</w:t>
            </w:r>
          </w:p>
        </w:tc>
        <w:tc>
          <w:tcPr>
            <w:tcW w:w="1864" w:type="dxa"/>
          </w:tcPr>
          <w:p w:rsidR="00B07167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1</w:t>
            </w:r>
          </w:p>
        </w:tc>
        <w:tc>
          <w:tcPr>
            <w:tcW w:w="1943" w:type="dxa"/>
          </w:tcPr>
          <w:p w:rsidR="00B07167" w:rsidRPr="00200860" w:rsidRDefault="00B07167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569" w:type="dxa"/>
          </w:tcPr>
          <w:p w:rsidR="00B07167" w:rsidRPr="00200860" w:rsidRDefault="00B07167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Образовательный ресурс tatarschool.ru </w:t>
            </w:r>
            <w:hyperlink r:id="rId90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http://tatarschool.ru/</w:t>
              </w:r>
            </w:hyperlink>
          </w:p>
          <w:p w:rsidR="00B07167" w:rsidRPr="00200860" w:rsidRDefault="00B07167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Электронный русско-татарский словарь </w:t>
            </w:r>
            <w:hyperlink r:id="rId91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http://ganiev.org/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Онлайн-школа обучения татарскому языку «Ана теле» </w:t>
            </w:r>
            <w:hyperlink r:id="rId92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https://anatele.ef.com/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Методическая копилка учителей татарского языка </w:t>
            </w:r>
            <w:hyperlink r:id="rId93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https://mon.tatarstan.ru/kopil.htm</w:t>
              </w:r>
            </w:hyperlink>
            <w:r w:rsidRPr="00200860">
              <w:rPr>
                <w:rFonts w:asciiTheme="minorHAnsi" w:eastAsiaTheme="minorEastAsia" w:hAnsiTheme="minorHAnsi" w:cstheme="minorBidi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rPr>
                <w:rFonts w:ascii="Times New Roman" w:eastAsiaTheme="minorEastAsia" w:hAnsi="Times New Roman"/>
                <w:sz w:val="20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Белем.ру </w:t>
            </w:r>
            <w:hyperlink r:id="rId94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http://belem.ru/</w:t>
              </w:r>
            </w:hyperlink>
            <w:r w:rsidRPr="00200860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:rsidR="00B07167" w:rsidRPr="00200860" w:rsidRDefault="00B07167" w:rsidP="00200860">
            <w:pPr>
              <w:jc w:val="both"/>
              <w:rPr>
                <w:rFonts w:asciiTheme="minorHAnsi" w:eastAsiaTheme="minorEastAsia" w:hAnsiTheme="minorHAnsi" w:cstheme="minorBidi"/>
                <w:color w:val="0000FF" w:themeColor="hyperlink"/>
                <w:szCs w:val="22"/>
                <w:u w:val="single"/>
              </w:rPr>
            </w:pPr>
            <w:r w:rsidRPr="00200860">
              <w:rPr>
                <w:rFonts w:ascii="Times New Roman" w:eastAsiaTheme="minorEastAsia" w:hAnsi="Times New Roman"/>
                <w:sz w:val="20"/>
              </w:rPr>
              <w:t xml:space="preserve">Татарский образовательный портал Гыйлем.татар </w:t>
            </w:r>
            <w:hyperlink r:id="rId95" w:history="1">
              <w:r w:rsidRPr="00200860">
                <w:rPr>
                  <w:rFonts w:ascii="Times New Roman" w:eastAsiaTheme="minorEastAsia" w:hAnsi="Times New Roman"/>
                  <w:color w:val="0000FF" w:themeColor="hyperlink"/>
                  <w:sz w:val="20"/>
                  <w:u w:val="single"/>
                </w:rPr>
                <w:t>http://giylem.tatar/</w:t>
              </w:r>
            </w:hyperlink>
          </w:p>
          <w:p w:rsidR="00B07167" w:rsidRPr="00200860" w:rsidRDefault="00B07167" w:rsidP="00200860">
            <w:pPr>
              <w:rPr>
                <w:rFonts w:ascii="Times New Roman" w:eastAsiaTheme="minorEastAsia" w:hAnsi="Times New Roman"/>
                <w:szCs w:val="24"/>
              </w:rPr>
            </w:pPr>
            <w:r w:rsidRPr="00200860">
              <w:rPr>
                <w:rFonts w:ascii="Times New Roman" w:hAnsi="Times New Roman"/>
                <w:sz w:val="20"/>
              </w:rPr>
              <w:t xml:space="preserve">«Татармультфильм» Анимационная студия </w:t>
            </w:r>
            <w:r w:rsidRPr="00200860">
              <w:rPr>
                <w:rFonts w:ascii="Times New Roman" w:hAnsi="Times New Roman"/>
                <w:color w:val="0070C0"/>
                <w:sz w:val="20"/>
              </w:rPr>
              <w:t>//URL:https/</w:t>
            </w:r>
          </w:p>
        </w:tc>
      </w:tr>
      <w:tr w:rsidR="00200860" w:rsidRPr="00200860" w:rsidTr="00B07167">
        <w:tc>
          <w:tcPr>
            <w:tcW w:w="4012" w:type="dxa"/>
            <w:gridSpan w:val="2"/>
          </w:tcPr>
          <w:p w:rsidR="00200860" w:rsidRPr="00200860" w:rsidRDefault="00200860" w:rsidP="00200860">
            <w:pPr>
              <w:jc w:val="both"/>
              <w:rPr>
                <w:rFonts w:ascii="Times New Roman" w:hAnsi="Times New Roman"/>
                <w:szCs w:val="24"/>
              </w:rPr>
            </w:pPr>
            <w:r w:rsidRPr="00200860">
              <w:rPr>
                <w:rFonts w:ascii="Times New Roman" w:hAnsi="Times New Roman"/>
                <w:szCs w:val="24"/>
              </w:rPr>
              <w:t>Общее кол-во часов</w:t>
            </w:r>
          </w:p>
        </w:tc>
        <w:tc>
          <w:tcPr>
            <w:tcW w:w="1114" w:type="dxa"/>
          </w:tcPr>
          <w:p w:rsidR="00200860" w:rsidRPr="00200860" w:rsidRDefault="001D0265" w:rsidP="00200860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51</w:t>
            </w:r>
          </w:p>
        </w:tc>
        <w:tc>
          <w:tcPr>
            <w:tcW w:w="1864" w:type="dxa"/>
          </w:tcPr>
          <w:p w:rsidR="00200860" w:rsidRPr="00200860" w:rsidRDefault="005645A1" w:rsidP="005645A1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>
              <w:rPr>
                <w:rFonts w:ascii="Times New Roman" w:eastAsiaTheme="minorEastAsia" w:hAnsi="Times New Roman"/>
                <w:szCs w:val="24"/>
              </w:rPr>
              <w:t>4</w:t>
            </w:r>
          </w:p>
        </w:tc>
        <w:tc>
          <w:tcPr>
            <w:tcW w:w="1943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  <w:tc>
          <w:tcPr>
            <w:tcW w:w="5569" w:type="dxa"/>
          </w:tcPr>
          <w:p w:rsidR="00200860" w:rsidRPr="00200860" w:rsidRDefault="00200860" w:rsidP="00200860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</w:tbl>
    <w:p w:rsidR="002A2B4F" w:rsidRDefault="002A2B4F" w:rsidP="005876FC">
      <w:pPr>
        <w:rPr>
          <w:rFonts w:ascii="Times New Roman" w:hAnsi="Times New Roman"/>
          <w:b/>
          <w:szCs w:val="24"/>
          <w:lang w:val="tt-RU"/>
        </w:rPr>
      </w:pPr>
    </w:p>
    <w:p w:rsidR="00200860" w:rsidRDefault="00200860" w:rsidP="00AC7998">
      <w:pPr>
        <w:jc w:val="center"/>
        <w:rPr>
          <w:rFonts w:ascii="Times New Roman" w:hAnsi="Times New Roman"/>
          <w:b/>
          <w:szCs w:val="24"/>
          <w:lang w:val="tt-RU"/>
        </w:rPr>
      </w:pPr>
    </w:p>
    <w:p w:rsidR="005645A1" w:rsidRPr="00AC7998" w:rsidRDefault="005645A1" w:rsidP="00AC7998">
      <w:pPr>
        <w:jc w:val="center"/>
        <w:rPr>
          <w:rFonts w:ascii="Times New Roman" w:hAnsi="Times New Roman"/>
          <w:b/>
          <w:szCs w:val="24"/>
          <w:lang w:val="tt-RU"/>
        </w:rPr>
      </w:pPr>
    </w:p>
    <w:p w:rsidR="00AC7998" w:rsidRPr="00AC7998" w:rsidRDefault="00AC7998" w:rsidP="00AC7998">
      <w:pPr>
        <w:spacing w:after="200"/>
        <w:jc w:val="center"/>
        <w:rPr>
          <w:rFonts w:ascii="Times New Roman" w:eastAsiaTheme="minorEastAsia" w:hAnsi="Times New Roman"/>
          <w:b/>
          <w:szCs w:val="24"/>
        </w:rPr>
      </w:pPr>
      <w:r w:rsidRPr="00AC7998">
        <w:rPr>
          <w:rFonts w:ascii="Times New Roman" w:eastAsiaTheme="minorEastAsia" w:hAnsi="Times New Roman"/>
          <w:b/>
          <w:szCs w:val="24"/>
        </w:rPr>
        <w:t>ПОУРОЧНОЕ ПЛАНИРОВАНИЕ</w:t>
      </w:r>
    </w:p>
    <w:p w:rsidR="00AC7998" w:rsidRPr="00AC7998" w:rsidRDefault="00AC7998" w:rsidP="00AC7998">
      <w:pPr>
        <w:rPr>
          <w:rFonts w:ascii="Times New Roman" w:eastAsiaTheme="minorEastAsia" w:hAnsi="Times New Roman"/>
          <w:b/>
          <w:szCs w:val="24"/>
        </w:rPr>
      </w:pPr>
      <w:r w:rsidRPr="00AC7998">
        <w:rPr>
          <w:rFonts w:ascii="Times New Roman" w:eastAsiaTheme="minorEastAsia" w:hAnsi="Times New Roman"/>
          <w:b/>
          <w:szCs w:val="24"/>
        </w:rPr>
        <w:t>5 КЛАСС</w:t>
      </w:r>
    </w:p>
    <w:tbl>
      <w:tblPr>
        <w:tblW w:w="14743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851"/>
        <w:gridCol w:w="11198"/>
        <w:gridCol w:w="1276"/>
        <w:gridCol w:w="1418"/>
      </w:tblGrid>
      <w:tr w:rsidR="004633E2" w:rsidRPr="00AC7998" w:rsidTr="004633E2">
        <w:trPr>
          <w:trHeight w:val="52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 w:right="144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b/>
                <w:color w:val="000000"/>
                <w:szCs w:val="24"/>
              </w:rPr>
              <w:t>№</w:t>
            </w:r>
            <w:r w:rsidRPr="00AC7998">
              <w:rPr>
                <w:rFonts w:ascii="Times New Roman" w:eastAsiaTheme="minorEastAsia" w:hAnsi="Times New Roman"/>
                <w:szCs w:val="24"/>
              </w:rPr>
              <w:br/>
            </w:r>
            <w:r w:rsidRPr="00AC7998">
              <w:rPr>
                <w:rFonts w:ascii="Times New Roman" w:hAnsi="Times New Roman"/>
                <w:b/>
                <w:color w:val="000000"/>
                <w:szCs w:val="24"/>
              </w:rPr>
              <w:t>п/п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eastAsiaTheme="minorEastAsia" w:hAnsi="Times New Roman"/>
                <w:b/>
                <w:szCs w:val="24"/>
                <w:lang w:eastAsia="en-US"/>
              </w:rPr>
            </w:pPr>
            <w:r w:rsidRPr="00AC7998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ind w:left="72" w:right="144"/>
              <w:rPr>
                <w:rFonts w:ascii="Times New Roman" w:hAnsi="Times New Roman"/>
                <w:b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b/>
                <w:color w:val="000000"/>
                <w:szCs w:val="24"/>
                <w:lang w:eastAsia="en-US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Cs w:val="24"/>
                <w:lang w:eastAsia="en-US"/>
              </w:rPr>
              <w:t>(план)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4633E2" w:rsidRPr="004633E2" w:rsidRDefault="004633E2" w:rsidP="00AC7998">
            <w:pPr>
              <w:rPr>
                <w:rFonts w:ascii="Times New Roman" w:hAnsi="Times New Roman"/>
                <w:b/>
                <w:bCs/>
                <w:color w:val="000000"/>
                <w:szCs w:val="24"/>
                <w:lang w:eastAsia="en-US"/>
              </w:rPr>
            </w:pPr>
            <w:r w:rsidRPr="004633E2">
              <w:rPr>
                <w:rFonts w:ascii="Times New Roman" w:eastAsiaTheme="minorEastAsia" w:hAnsi="Times New Roman"/>
                <w:b/>
                <w:bCs/>
                <w:szCs w:val="24"/>
                <w:lang w:eastAsia="en-US"/>
              </w:rPr>
              <w:t>Дата (факт)</w:t>
            </w:r>
          </w:p>
        </w:tc>
      </w:tr>
      <w:tr w:rsidR="004633E2" w:rsidRPr="00AC7998" w:rsidTr="004633E2">
        <w:trPr>
          <w:trHeight w:hRule="exact" w:val="6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b/>
                <w:color w:val="000000"/>
                <w:szCs w:val="24"/>
                <w:u w:val="single"/>
              </w:rPr>
              <w:t>Мир вокруг меня</w:t>
            </w:r>
            <w:r w:rsidRPr="00AC7998"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</w:p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Праздник знаний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Мы в школе. Правила приветствия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6476EE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eastAsia="en-US"/>
              </w:rPr>
              <w:t>4.09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4633E2">
            <w:pPr>
              <w:autoSpaceDE w:val="0"/>
              <w:autoSpaceDN w:val="0"/>
              <w:ind w:left="72"/>
              <w:rPr>
                <w:rFonts w:ascii="Times New Roman" w:eastAsiaTheme="minorEastAsia" w:hAnsi="Times New Roman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Учебно-письменные принадлежности.</w:t>
            </w:r>
            <w:r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Выражение просьбы, предложение, отказ от предложения. Имена существительные с аффиксами </w:t>
            </w:r>
            <w:r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принадлежности I, II, III лица единственного числа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6.09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Содержание учебно-письменных принадлежностей в порядке. Имена существительные с аффиксами </w:t>
            </w:r>
            <w:r w:rsidRPr="00AC7998">
              <w:rPr>
                <w:rFonts w:ascii="Times New Roman" w:eastAsiaTheme="minorEastAsia" w:hAnsi="Times New Roman"/>
                <w:szCs w:val="24"/>
              </w:rPr>
              <w:br/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принадлежности I, II, III лица множественного числа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11.09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eastAsiaTheme="minorEastAsia" w:hAnsi="Times New Roman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Школьная жизнь. Порядок присоединения аффиксов к существительным. Имена существительные с аффиксами принадлежности в диалогах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BB1DD0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13.09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Глаголы повелительного наклонения II лица единственного и множественного числа в утвердительной и отрицательной формах </w:t>
            </w:r>
          </w:p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BB1DD0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18.09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6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Особенности ударения в глаголах повелительного наклонения. В библиотеке. Слова вежливого обращения. Слова, выражающие просьбу.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20.09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41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Лексико-грамматический материал стихотворения “Китап”/ ”Книга”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25.09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93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spacing w:after="20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Спряжение глаголов  настоящего времени в положительной  форме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Чтение книг. Образцы татарского речевого этикета-примеры из художественной литературы. Наречия сравнения-уподобления «татарча», «русча»,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«инглизчə»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27.09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6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4633E2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Учебные занятия. Спряжение глаголов настоящего времени в отрицательной форм Секреты хорошей успеваемости.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Определенное прошедшее время изъявительного наклонения.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85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Лексико-грамматический материал текста “Олегның нигə кəефе юк?” /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“Почему у  Олега нет настроения?” Имя числительное. Количественные и собирательные числительные в речи. Расписание уроков. Порядковые числительные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Наши оценки. Мы пишем диктант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4.10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5876FC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bCs/>
                <w:color w:val="000000"/>
                <w:szCs w:val="24"/>
                <w:lang w:eastAsia="en-US"/>
              </w:rPr>
            </w:pPr>
            <w:r w:rsidRPr="005876FC">
              <w:rPr>
                <w:rFonts w:ascii="Times New Roman" w:hAnsi="Times New Roman"/>
                <w:b/>
                <w:bCs/>
                <w:color w:val="000000"/>
                <w:szCs w:val="24"/>
                <w:lang w:eastAsia="en-US"/>
              </w:rPr>
              <w:t>Контрольная работа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9.10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85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4633E2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5876FC">
              <w:rPr>
                <w:rFonts w:ascii="Times New Roman" w:hAnsi="Times New Roman"/>
                <w:b/>
                <w:bCs/>
                <w:color w:val="000000"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Необходимые качества для хорошей учебы.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Сочинительные и подчинительные союзы.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Аналитическая форма глагола, выражающая возможность / невозможность, «укый белəм» («белмим), «сөйлəшə алам»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(«алмыйм)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11.10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На дороге.  Безопасный путь в школ Послелог “аша” с существительными и местоимениями 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На транспорте. Лексико-грамматический материал по разделу “Мир вокруг меня”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16.10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6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647B59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47B59">
              <w:rPr>
                <w:rFonts w:ascii="Times New Roman" w:hAnsi="Times New Roman"/>
                <w:b/>
                <w:color w:val="000000"/>
                <w:szCs w:val="24"/>
              </w:rPr>
              <w:t>Мир моего «Я»</w:t>
            </w:r>
          </w:p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Я и моя семья.</w:t>
            </w:r>
            <w:r w:rsidRPr="006E52ED">
              <w:rPr>
                <w:rFonts w:ascii="Times New Roman" w:hAnsi="Times New Roman"/>
                <w:color w:val="000000"/>
                <w:szCs w:val="24"/>
              </w:rPr>
              <w:t xml:space="preserve"> Члены моей семьи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41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4633E2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Мой утренний режим.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Лексико-грамматический материал стихотворения Л.Лерона "Хәерле иртә"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23.10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4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Домашние обязанности. Наречия времени: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«былтыр»,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«быел»,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«иртəн», «көндез»,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«кичен»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4633E2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Слова одобрения. Режим Расима и Ильнура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Вводные слова.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Характеристика действий Расима и Ильнура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3.11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4633E2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Мы даем советы.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Инфинитив с модальными словами «кирəк» /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«кирəкми», «ярый» /«ярамый»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Участие в домашних делах.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8.11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Помощь маме. Текст "Лейла и Наиль". 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Похвальные слова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Лекскико-грамматический материал текста “Расим”.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13.11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7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Лекскико-грамматический материал текста “Расим”.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15.11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Оценивание качеств человека по участию в домашних делах.Конструкции "для тебя", "я сам"</w:t>
            </w:r>
          </w:p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20.11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Лексико-грамматический материал по рассказу Ю.Ермолаева “Ике пирожный”/ «Два пирожных».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22.11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Инсценировка рассказа Ю. Ермолаева “Ике пирожный”/ «Два пирожных».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27.11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9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Похвала за добрые дела. Употребление вводных слов в речи.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29.11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В гостях. Лексико-грамматический материал текста "За столом"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4.12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Правила поведения за столом. Послеложные слова: «янында»,«өстендə», «астында», эчендə». Мы пишем рассказ.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6.12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Семейные праздники, традиции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11.12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Праздник Нардуган.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13.12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Поздравления к празднику Новый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18.12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Подарки к празднику Новый год.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20.12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42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Новогодние  песни, игры вокруг елки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25.12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Лексический материал по разделу "Мир моих увлечений"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B1DD0" w:rsidRDefault="00BB1DD0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27.12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5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6E52ED">
              <w:rPr>
                <w:rFonts w:ascii="Times New Roman" w:hAnsi="Times New Roman"/>
                <w:b/>
                <w:color w:val="000000"/>
                <w:szCs w:val="24"/>
              </w:rPr>
              <w:t>Мир моих увлечений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br/>
              <w:t>Мои любимые занятия на досуге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10.01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4633E2" w:rsidRPr="00AC7998" w:rsidTr="004633E2">
        <w:trPr>
          <w:trHeight w:hRule="exact" w:val="28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3E2" w:rsidRPr="00AC7998" w:rsidRDefault="004633E2" w:rsidP="00AC7998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 xml:space="preserve">Контрольная работа  </w:t>
            </w:r>
            <w:r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№2.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BE1ABC" w:rsidRDefault="00BE1ABC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15.01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3E2" w:rsidRPr="00AC7998" w:rsidRDefault="004633E2" w:rsidP="00AC7998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5876FC">
              <w:rPr>
                <w:rFonts w:ascii="Times New Roman" w:hAnsi="Times New Roman"/>
                <w:b/>
                <w:bCs/>
                <w:color w:val="000000"/>
                <w:szCs w:val="24"/>
              </w:rPr>
              <w:t>Работа над ошибками.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Выставка "Рукотворное волшебство"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17.01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7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Мир моих увлечений: Здоровье Правила здорового образа жизни. и спорт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22.01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43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Название частей тела. Я у врач Профилактика болезней. Занятия спортом.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24.01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Летние и зимние виды спорта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Любимый вид спорта. Занятия в спортивных кружках.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29.01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9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Лексико-грамматический материал стихотворения Б. Мотыйгуллина "Сәламәт булыйк"</w:t>
            </w:r>
          </w:p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</w:p>
          <w:p w:rsidR="00BE1ABC" w:rsidRPr="00AC7998" w:rsidRDefault="00BE1ABC" w:rsidP="00BE1ABC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31.01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Проектная работа.</w:t>
            </w:r>
            <w:r w:rsidRPr="00AC7998">
              <w:rPr>
                <w:rFonts w:ascii="Times New Roman" w:eastAsiaTheme="minorEastAsia" w:hAnsi="Times New Roman"/>
                <w:color w:val="000000"/>
                <w:szCs w:val="24"/>
              </w:rPr>
              <w:t xml:space="preserve"> Правила здорового образа жизни.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5.02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Дружба. С друзьями интересно.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7.02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5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Дружба. С друзьями интересно. Мой самый близкий друг. Основная, сравнительная, превосходная степень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br/>
              <w:t>прилагательных.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12.02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9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Черты характера друга. Основная, сравнительная, превосходная степень прилагательных.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14.02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5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Любимые занятия друга. Настоящее время изъявительного наклонения. Лексико-грамматический материал текста “Язгы каникул”/”Весенние каникулы”.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19.02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Мы красиво говорим. Глаголы, выражающие повеление и просьбу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21.02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71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Правила общения и дружбы с ровесниками.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Инфинитив с модальными словами (кирəк, кирəкми, тиеш, тиеш түгел, ярый, ярамый)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26.02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57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Мы готовимся к празднику. Лексический материал по тексту "День рождения"</w:t>
            </w:r>
            <w:r>
              <w:rPr>
                <w:rFonts w:ascii="Times New Roman" w:hAnsi="Times New Roman"/>
                <w:color w:val="000000"/>
                <w:szCs w:val="24"/>
              </w:rPr>
              <w:t>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День рождения - самый любимый праздник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28.02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28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5876FC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bCs/>
                <w:color w:val="000000"/>
                <w:szCs w:val="24"/>
                <w:lang w:eastAsia="en-US"/>
              </w:rPr>
            </w:pPr>
            <w:r w:rsidRPr="005876FC">
              <w:rPr>
                <w:rFonts w:ascii="Times New Roman" w:hAnsi="Times New Roman"/>
                <w:b/>
                <w:bCs/>
                <w:color w:val="000000"/>
                <w:szCs w:val="24"/>
                <w:lang w:eastAsia="en-US"/>
              </w:rPr>
              <w:t>Контрольная работа №3.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4.03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64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1ABC" w:rsidRPr="009D3EFD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9D3EFD">
              <w:rPr>
                <w:rFonts w:ascii="Times New Roman" w:hAnsi="Times New Roman"/>
                <w:b/>
                <w:color w:val="000000"/>
                <w:szCs w:val="24"/>
              </w:rPr>
              <w:t>Моя Родина – Россия</w:t>
            </w:r>
          </w:p>
          <w:p w:rsidR="00BE1ABC" w:rsidRPr="009D3EFD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</w:rPr>
              <w:t>Работа над ошибками.</w:t>
            </w:r>
          </w:p>
          <w:p w:rsidR="00BE1ABC" w:rsidRPr="009D3EFD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color w:val="000000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6.03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33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Столица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11.03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Народы России. Сказка - мультфильм из цикла "Гора самоцветов"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13.03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6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Мы живем в Татарстане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18.03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Мое место проживания Мой город, Мое село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20.03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Природа родного края. Красота родного края в наших рисунках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Традиции родного края. Проект "Праздники моего города"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3.04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Национальный праздник Сабантуй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8.04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7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Игры Сабантуй.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10.04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Афиша программы Сабантуй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15.04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6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Детский фольклор. Народные сказки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17.04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Татарская народная сказка "Тавык, Тычкан һәм Көртлек"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22.04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5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Мы играем на сцене. Глаголы прошедшего определенного и неопределенного времени I, II, III лица единственного и множественного числа в утвердительной и отрицательной формах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24.04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Детский фольклор.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>Мультфильмы на основе татарских народных сказок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29.04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Повторение материала учебного года. Детский фольклор. Загадки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6.05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color w:val="000000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</w:rPr>
              <w:t>К</w:t>
            </w:r>
            <w:r w:rsidRPr="00AC7998">
              <w:rPr>
                <w:rFonts w:ascii="Times New Roman" w:hAnsi="Times New Roman"/>
                <w:b/>
                <w:color w:val="000000"/>
                <w:szCs w:val="24"/>
              </w:rPr>
              <w:t>онтрольная работа</w:t>
            </w:r>
            <w:r>
              <w:rPr>
                <w:rFonts w:ascii="Times New Roman" w:hAnsi="Times New Roman"/>
                <w:b/>
                <w:color w:val="000000"/>
                <w:szCs w:val="24"/>
              </w:rPr>
              <w:t xml:space="preserve"> №4</w:t>
            </w:r>
            <w:r w:rsidRPr="00AC7998">
              <w:rPr>
                <w:rFonts w:ascii="Times New Roman" w:hAnsi="Times New Roman"/>
                <w:b/>
                <w:color w:val="000000"/>
                <w:szCs w:val="24"/>
              </w:rPr>
              <w:t>. Лексико-грамматический материал 5 класса.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8.05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9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jc w:val="both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19413C">
              <w:rPr>
                <w:rFonts w:ascii="Times New Roman" w:hAnsi="Times New Roman"/>
                <w:b/>
                <w:bCs/>
                <w:color w:val="000000"/>
                <w:szCs w:val="24"/>
              </w:rPr>
              <w:t>Работа над ошибками.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Детский фольклор. Рифмовки, считалки, скороговорки.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13.05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jc w:val="both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 xml:space="preserve"> Детский фольклор. Игры </w:t>
            </w:r>
            <w:r w:rsidRPr="00AC7998">
              <w:rPr>
                <w:rFonts w:ascii="Times New Roman" w:hAnsi="Times New Roman"/>
                <w:color w:val="000000"/>
                <w:szCs w:val="24"/>
              </w:rPr>
              <w:tab/>
              <w:t>на свежем воздухе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15.05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E57384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eastAsiaTheme="minorEastAsia" w:hAnsi="Times New Roman"/>
                <w:color w:val="000000"/>
                <w:szCs w:val="24"/>
              </w:rPr>
              <w:t>Повторение материала учебного года. Детский фольклор. Загадки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20.05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  <w:tr w:rsidR="00BE1ABC" w:rsidRPr="00AC7998" w:rsidTr="004633E2">
        <w:trPr>
          <w:trHeight w:hRule="exact" w:val="4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numPr>
                <w:ilvl w:val="0"/>
                <w:numId w:val="11"/>
              </w:numPr>
              <w:autoSpaceDE w:val="0"/>
              <w:autoSpaceDN w:val="0"/>
              <w:contextualSpacing/>
              <w:jc w:val="center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ABC" w:rsidRPr="00AC7998" w:rsidRDefault="00BE1ABC" w:rsidP="00BE1ABC">
            <w:pPr>
              <w:autoSpaceDE w:val="0"/>
              <w:autoSpaceDN w:val="0"/>
              <w:ind w:left="72"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AC7998">
              <w:rPr>
                <w:rFonts w:ascii="Times New Roman" w:hAnsi="Times New Roman"/>
                <w:color w:val="000000"/>
                <w:szCs w:val="24"/>
              </w:rPr>
              <w:t>Повторение пройденного материала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BE1ABC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Cs w:val="24"/>
                <w:lang w:val="tt-RU" w:eastAsia="en-US"/>
              </w:rPr>
              <w:t>22.05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ABC" w:rsidRPr="00AC7998" w:rsidRDefault="00BE1ABC" w:rsidP="00BE1ABC">
            <w:pPr>
              <w:autoSpaceDE w:val="0"/>
              <w:autoSpaceDN w:val="0"/>
              <w:jc w:val="center"/>
              <w:rPr>
                <w:rFonts w:ascii="Times New Roman" w:eastAsiaTheme="minorEastAsia" w:hAnsi="Times New Roman"/>
                <w:szCs w:val="24"/>
                <w:lang w:eastAsia="en-US"/>
              </w:rPr>
            </w:pPr>
          </w:p>
        </w:tc>
      </w:tr>
    </w:tbl>
    <w:p w:rsidR="00AC7998" w:rsidRPr="00AC7998" w:rsidRDefault="00AC7998" w:rsidP="00AC7998">
      <w:pPr>
        <w:autoSpaceDE w:val="0"/>
        <w:autoSpaceDN w:val="0"/>
        <w:rPr>
          <w:rFonts w:ascii="Times New Roman" w:eastAsiaTheme="minorEastAsia" w:hAnsi="Times New Roman"/>
          <w:szCs w:val="24"/>
          <w:lang w:eastAsia="en-US"/>
        </w:rPr>
      </w:pPr>
    </w:p>
    <w:p w:rsidR="00867BDB" w:rsidRDefault="00867BDB" w:rsidP="00AC7998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AC7998" w:rsidRPr="00AC7998" w:rsidRDefault="00AC7998" w:rsidP="00AC7998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AC7998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6 класс</w:t>
      </w:r>
    </w:p>
    <w:tbl>
      <w:tblPr>
        <w:tblStyle w:val="a8"/>
        <w:tblW w:w="14709" w:type="dxa"/>
        <w:tblLayout w:type="fixed"/>
        <w:tblLook w:val="04A0" w:firstRow="1" w:lastRow="0" w:firstColumn="1" w:lastColumn="0" w:noHBand="0" w:noVBand="1"/>
      </w:tblPr>
      <w:tblGrid>
        <w:gridCol w:w="846"/>
        <w:gridCol w:w="21"/>
        <w:gridCol w:w="11148"/>
        <w:gridCol w:w="1276"/>
        <w:gridCol w:w="1418"/>
      </w:tblGrid>
      <w:tr w:rsidR="00E57384" w:rsidRPr="002A2B4F" w:rsidTr="0028462C">
        <w:trPr>
          <w:trHeight w:val="562"/>
        </w:trPr>
        <w:tc>
          <w:tcPr>
            <w:tcW w:w="867" w:type="dxa"/>
            <w:gridSpan w:val="2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1114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2A2B4F">
              <w:rPr>
                <w:rFonts w:ascii="Times New Roman" w:eastAsiaTheme="minorHAnsi" w:hAnsi="Times New Roman"/>
                <w:szCs w:val="24"/>
                <w:lang w:eastAsia="en-US"/>
              </w:rPr>
              <w:t>1.</w:t>
            </w: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Учеба. Правила успешной учебы. Поздравление с праздником 1 сентября.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5.09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Повествовательные, вопросительные предложения. Монолог “Начинается новый учебный год”.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7.09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Учебные принадлежности . Имена существительные с аффиксами принадлежности.</w:t>
            </w:r>
            <w:r w:rsidRPr="002A2B4F">
              <w:rPr>
                <w:rFonts w:ascii="Times New Roman" w:hAnsi="Times New Roman"/>
                <w:color w:val="FF0000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З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аимствованны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е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 xml:space="preserve"> слов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а.</w:t>
            </w:r>
            <w:r w:rsidRPr="002A2B4F">
              <w:rPr>
                <w:rFonts w:ascii="Times New Roman" w:hAnsi="Times New Roman"/>
                <w:color w:val="FF0000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Общие слова для татарского и русского языков.  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12.09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Учебные пособия. Изменение существительных по падежам. Использование притяжательных имен в диалогической речи. Диалог по теме “Моя школа”.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14.09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</w:rPr>
              <w:t>Производные имена существительные с аффиксами -лык (-лек), -даш (-дәш), таш (-тәш) (дуслык, сыйныфташ). 1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П</w:t>
            </w:r>
            <w:r w:rsidRPr="002A2B4F">
              <w:rPr>
                <w:rFonts w:ascii="Times New Roman" w:hAnsi="Times New Roman"/>
                <w:szCs w:val="24"/>
              </w:rPr>
              <w:t>арны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е</w:t>
            </w:r>
            <w:r w:rsidRPr="002A2B4F">
              <w:rPr>
                <w:rFonts w:ascii="Times New Roman" w:hAnsi="Times New Roman"/>
                <w:szCs w:val="24"/>
              </w:rPr>
              <w:t xml:space="preserve"> (әти-әни), сложны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е</w:t>
            </w:r>
            <w:r w:rsidRPr="002A2B4F">
              <w:rPr>
                <w:rFonts w:ascii="Times New Roman" w:hAnsi="Times New Roman"/>
                <w:szCs w:val="24"/>
              </w:rPr>
              <w:t xml:space="preserve"> (даруханә), составны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е</w:t>
            </w:r>
            <w:r w:rsidRPr="002A2B4F">
              <w:rPr>
                <w:rFonts w:ascii="Times New Roman" w:hAnsi="Times New Roman"/>
                <w:szCs w:val="24"/>
              </w:rPr>
              <w:t xml:space="preserve"> (җир җиләге) 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 xml:space="preserve"> имена существительные. </w:t>
            </w:r>
            <w:r w:rsidRPr="002A2B4F">
              <w:rPr>
                <w:rFonts w:ascii="Times New Roman" w:hAnsi="Times New Roman"/>
                <w:b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19.09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Склонение имен существительных с аффиксами пронадлежности.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21.09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Текст “Моя школа”.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26.09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В библиотеке. Книга - мой близкий друг. Синонимы. Категория притяжения имен.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28.09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Разговор о книге. Использование в речи прилагательных в степени превосходства и разнообразия притяжательных имен.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3.10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«Сколько лет книге?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 xml:space="preserve">»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Использование притяжательных имен в речи.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5.10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История издания книги. Использование в речи притяжательных имен. Вопросы Какой? Где ? Сколько?  Как?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10.10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E57384" w:rsidRPr="00E57384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  <w:r w:rsidRPr="00E57384">
              <w:rPr>
                <w:rFonts w:ascii="Times New Roman" w:eastAsiaTheme="minorEastAsia" w:hAnsi="Times New Roman"/>
                <w:b/>
                <w:bCs/>
                <w:szCs w:val="24"/>
                <w:lang w:val="tt-RU"/>
              </w:rPr>
              <w:t xml:space="preserve">Контрольная работа №1.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12.10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noProof/>
                <w:szCs w:val="24"/>
                <w:lang w:val="tt-RU"/>
              </w:rPr>
              <w:t>Работа над ошибками.</w:t>
            </w:r>
            <w:r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Образование. Найти свое место в жизни. Информация о самых продуктивных словообразовательных окончаниях, их использование в речи.</w:t>
            </w:r>
            <w:r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К. Насыри-великий ученый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»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. 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17.10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Словари.</w:t>
            </w:r>
            <w:r w:rsidRPr="002A2B4F">
              <w:rPr>
                <w:rFonts w:ascii="Times New Roman" w:hAnsi="Times New Roman"/>
                <w:szCs w:val="24"/>
              </w:rPr>
              <w:t xml:space="preserve"> Личные местоимения множественного числа в притяжательном, направительном падежах (безне – безгә, сезнең – сезгә, аларның – аларга).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19.10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Диалог. К. На</w:t>
            </w:r>
            <w:r w:rsidRPr="002A2B4F">
              <w:rPr>
                <w:rFonts w:ascii="Times New Roman" w:eastAsiaTheme="minorEastAsia" w:hAnsi="Times New Roman"/>
                <w:szCs w:val="24"/>
              </w:rPr>
              <w:t>сы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ри. Часто используемые формы наречий (по- татарски, по -русски, по-английски, сегодня, много)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24.10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В библиотеке.Мир книг. Использование в речи послелогов. Диалог  “Спасибо, тебе книга!”.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26.10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Порядок присоединения аффиксов к существительным. Использование в речи словообразующих окончаний –чы/-че. Структура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«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я историк, я хочу быть историком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en-US"/>
              </w:rPr>
              <w:t>»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.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7.11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Советы одноклассникам. Повелительное наклоне-ние. Формы 2 и 3 лица ед. И множ.числа глагола повелительного наклонения.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Ударение в глаголах повелительного наклонения.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9.11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Текст “Почему дневник плачет?”. </w:t>
            </w:r>
            <w:r w:rsidRPr="002A2B4F">
              <w:rPr>
                <w:rFonts w:ascii="Times New Roman" w:hAnsi="Times New Roman"/>
                <w:szCs w:val="24"/>
              </w:rPr>
              <w:t xml:space="preserve"> Глаголы повелительного</w:t>
            </w:r>
            <w:r w:rsidRPr="002A2B4F">
              <w:rPr>
                <w:rFonts w:ascii="Times New Roman" w:hAnsi="Times New Roman"/>
                <w:szCs w:val="24"/>
              </w:rPr>
              <w:br/>
              <w:t xml:space="preserve">наклонения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II</w:t>
            </w:r>
            <w:r w:rsidRPr="002A2B4F">
              <w:rPr>
                <w:rFonts w:ascii="Times New Roman" w:hAnsi="Times New Roman"/>
                <w:szCs w:val="24"/>
              </w:rPr>
              <w:t xml:space="preserve"> лица единственного и множественного числа в утвердительной и отрицательной формах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14.11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color w:val="C00000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Беседа “Сами печатаем книги”.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Повторение по теме “</w:t>
            </w:r>
            <w:r w:rsidRPr="002A2B4F">
              <w:rPr>
                <w:rFonts w:ascii="Times New Roman" w:hAnsi="Times New Roman"/>
                <w:szCs w:val="24"/>
              </w:rPr>
              <w:t xml:space="preserve">Книга – источник знаний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”.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16.11</w:t>
            </w:r>
          </w:p>
        </w:tc>
        <w:tc>
          <w:tcPr>
            <w:tcW w:w="1418" w:type="dxa"/>
          </w:tcPr>
          <w:p w:rsidR="00E57384" w:rsidRPr="00E57384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Повторение лексики на тему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«</w:t>
            </w:r>
            <w:r w:rsidRPr="002A2B4F">
              <w:rPr>
                <w:rFonts w:ascii="Times New Roman" w:hAnsi="Times New Roman"/>
                <w:szCs w:val="24"/>
              </w:rPr>
              <w:t>Помощь родителям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»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. Участие в домашних работах. Использование глаголов настоящего времени изъявительного наклонения.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21.11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Разделение труда. Похвала за хорошую работу. Составление монолога.</w:t>
            </w:r>
          </w:p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Аналитические глаголы, выражающие начало, продолжение, завершение действия.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 xml:space="preserve"> 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23.11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Мы работаем вместе. Дать советы. Оценивание человеческих поступков.  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 xml:space="preserve"> Г</w:t>
            </w:r>
            <w:r w:rsidRPr="002A2B4F">
              <w:rPr>
                <w:rFonts w:ascii="Times New Roman" w:hAnsi="Times New Roman"/>
                <w:szCs w:val="24"/>
              </w:rPr>
              <w:t xml:space="preserve">лаголы условного наклонения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</w:t>
            </w:r>
            <w:r w:rsidRPr="002A2B4F">
              <w:rPr>
                <w:rFonts w:ascii="Times New Roman" w:hAnsi="Times New Roman"/>
                <w:szCs w:val="24"/>
              </w:rPr>
              <w:t xml:space="preserve">,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II</w:t>
            </w:r>
            <w:r w:rsidRPr="002A2B4F">
              <w:rPr>
                <w:rFonts w:ascii="Times New Roman" w:hAnsi="Times New Roman"/>
                <w:szCs w:val="24"/>
              </w:rPr>
              <w:t xml:space="preserve">,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III</w:t>
            </w:r>
            <w:r w:rsidRPr="002A2B4F">
              <w:rPr>
                <w:rFonts w:ascii="Times New Roman" w:hAnsi="Times New Roman"/>
                <w:szCs w:val="24"/>
              </w:rPr>
              <w:t xml:space="preserve"> лица единственного и множественного числа в утвердительной и отрицательной формах (барса – бармаса, килсә – килмәсә)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28.11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Покупка в магазине. Речевое использование прилагательных. Степени сравнения. Производные прилагательные.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30.11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«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Почему Ахмет плакал?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 xml:space="preserve"> »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Лексико – грамматический материал по тексту.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Cs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Cs/>
                <w:szCs w:val="24"/>
                <w:lang w:val="tt-RU"/>
              </w:rPr>
              <w:t>Оценка труда человека. Помощь старшим, родителям.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 xml:space="preserve"> В</w:t>
            </w:r>
            <w:r w:rsidRPr="002A2B4F">
              <w:rPr>
                <w:rFonts w:ascii="Times New Roman" w:hAnsi="Times New Roman"/>
                <w:szCs w:val="24"/>
              </w:rPr>
              <w:t>водные слова (әлбәттә, мәсәлән).</w:t>
            </w:r>
            <w:r w:rsidRPr="002A2B4F">
              <w:rPr>
                <w:rFonts w:ascii="Times New Roman" w:eastAsiaTheme="minorEastAsia" w:hAnsi="Times New Roman"/>
                <w:bCs/>
                <w:szCs w:val="24"/>
                <w:lang w:val="tt-RU"/>
              </w:rPr>
              <w:t>Обсуждение героя с помощью вводных слов.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«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Что может сделать Супер-мальчик?» Желательное наклонение. Формы 1 лица ед.и мн. числа глаголов желательного наклонения</w:t>
            </w:r>
            <w:r w:rsidRPr="002A2B4F">
              <w:rPr>
                <w:rFonts w:ascii="Times New Roman" w:hAnsi="Times New Roman"/>
                <w:szCs w:val="24"/>
              </w:rPr>
              <w:t xml:space="preserve">, аналитическая форма глагола, выражающая желание 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 Умение давать советы, говорить, что нужно делать. Использование в речи инфинитив+желаю (телим). Стихототворение “Мама нужна”.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Лексико - грамматический материал рассказа «Сыновья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»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 xml:space="preserve">.  Похвала за добрые дела. Глагол.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en-US"/>
              </w:rPr>
              <w:t>Изъявительное наклонени.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 xml:space="preserve">Контрольная работа </w:t>
            </w: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№2.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szCs w:val="24"/>
                <w:lang w:val="tt-RU"/>
              </w:rPr>
              <w:t>Работа над ошибками.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Повторение темы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«</w:t>
            </w:r>
            <w:r w:rsidRPr="002A2B4F">
              <w:rPr>
                <w:rFonts w:ascii="Times New Roman" w:hAnsi="Times New Roman"/>
                <w:szCs w:val="24"/>
              </w:rPr>
              <w:t>Помощь родителям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 xml:space="preserve">» 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Использование изученных грамматических структур.</w:t>
            </w:r>
            <w:r w:rsidRPr="002A2B4F">
              <w:rPr>
                <w:rFonts w:ascii="Times New Roman" w:hAnsi="Times New Roman"/>
                <w:szCs w:val="24"/>
              </w:rPr>
              <w:t xml:space="preserve"> Конструкция «глагол повелительного наклонения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II</w:t>
            </w:r>
            <w:r w:rsidRPr="002A2B4F">
              <w:rPr>
                <w:rFonts w:ascii="Times New Roman" w:hAnsi="Times New Roman"/>
                <w:szCs w:val="24"/>
              </w:rPr>
              <w:t xml:space="preserve"> лица + частица әле» (булыш әле, әйтегез әле).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Помощники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»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. Умение оценивать домашний труд. Настоящие время глагола, спряжение в утвердительной и отрицательной формах.</w:t>
            </w:r>
          </w:p>
        </w:tc>
        <w:tc>
          <w:tcPr>
            <w:tcW w:w="1276" w:type="dxa"/>
          </w:tcPr>
          <w:p w:rsidR="00E57384" w:rsidRPr="00BE1ABC" w:rsidRDefault="00BE1ABC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28.12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Мой самый близкий друг. Рассказать о друге. Отдых вместе с друзьями. Наречия вечером, летом, там.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9.01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Отдых вместе с друзьями .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Друзья на дискотеке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»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. Сочинительные (да, и,ни-ни,то-то, но, однако, или, ...)  подчинителҗные (потому что, если, чтобы, несмотря на то что) союзы.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Участие подростков в полезном деле. Глагол. Изъявительное наклонение.  </w:t>
            </w:r>
            <w:r w:rsidRPr="002A2B4F">
              <w:rPr>
                <w:rFonts w:ascii="Times New Roman" w:hAnsi="Times New Roman"/>
                <w:szCs w:val="24"/>
              </w:rPr>
              <w:t>Глаголы прошедшего определённого и прошедшего неопределённого времени в утвердительной и отрицательной формах.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Использование в речи предложений, содержащих приказ и просьбу.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16.01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Секреты дружбы.</w:t>
            </w:r>
            <w:r w:rsidRPr="002A2B4F">
              <w:rPr>
                <w:rFonts w:ascii="Times New Roman" w:hAnsi="Times New Roman"/>
                <w:szCs w:val="24"/>
              </w:rPr>
              <w:t xml:space="preserve"> Глаголы будущего определённого</w:t>
            </w:r>
            <w:r w:rsidRPr="002A2B4F">
              <w:rPr>
                <w:rFonts w:ascii="Times New Roman" w:hAnsi="Times New Roman"/>
                <w:szCs w:val="24"/>
              </w:rPr>
              <w:br/>
              <w:t xml:space="preserve">времени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</w:t>
            </w:r>
            <w:r w:rsidRPr="002A2B4F">
              <w:rPr>
                <w:rFonts w:ascii="Times New Roman" w:hAnsi="Times New Roman"/>
                <w:szCs w:val="24"/>
              </w:rPr>
              <w:t xml:space="preserve">,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II</w:t>
            </w:r>
            <w:r w:rsidRPr="002A2B4F">
              <w:rPr>
                <w:rFonts w:ascii="Times New Roman" w:hAnsi="Times New Roman"/>
                <w:szCs w:val="24"/>
              </w:rPr>
              <w:t xml:space="preserve">,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III</w:t>
            </w:r>
            <w:r w:rsidRPr="002A2B4F">
              <w:rPr>
                <w:rFonts w:ascii="Times New Roman" w:hAnsi="Times New Roman"/>
                <w:szCs w:val="24"/>
              </w:rPr>
              <w:t xml:space="preserve"> лица единственного и множественного числа в</w:t>
            </w:r>
            <w:r w:rsidRPr="002A2B4F">
              <w:rPr>
                <w:rFonts w:ascii="Times New Roman" w:hAnsi="Times New Roman"/>
                <w:szCs w:val="24"/>
              </w:rPr>
              <w:br/>
              <w:t>утвердительной и отрицательной формах.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Катя настоящая подруга? Говорение. Форма неопределенного будущего времени глагола. Оценка образа, высказывание мнения. Рассказ В. Осеева  “Синие листья”.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 xml:space="preserve">  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23.01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Стихотворение Ш. Галиева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Я»раскрываются черты характера.Имя прилагательное. Сравнительная, превосходная и основная степень прилагательных.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hAnsi="Times New Roman"/>
                <w:szCs w:val="24"/>
                <w:lang w:val="tt-RU"/>
              </w:rPr>
              <w:t>П</w:t>
            </w:r>
            <w:r w:rsidRPr="002A2B4F">
              <w:rPr>
                <w:rFonts w:ascii="Times New Roman" w:hAnsi="Times New Roman"/>
                <w:szCs w:val="24"/>
              </w:rPr>
              <w:t>роизводные имена прилагательные с аффиксами -гы (-ге), -кы (-ке) (җәйге, кышкы)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. Использование  в речи союзов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потому что, поэтому». Составить рассказ, рассказать его.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30.01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E57384">
        <w:tc>
          <w:tcPr>
            <w:tcW w:w="867" w:type="dxa"/>
            <w:gridSpan w:val="2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Рассказ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В день рождения». Единицы этикета татарской речи. Умение говорить в соответствующей последовательности по предложенным темам, составлять новый рассказ.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Лексика по теме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hAnsi="Times New Roman"/>
                <w:szCs w:val="24"/>
              </w:rPr>
              <w:t>Дружба народов Татарстана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». Географическое положение, климат, природа Татарстана.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А. Ерикей “Родина”. Часто используемые в речи местоимения: это, его, вот, все, все, свой, каждый.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Лексико— грамматический материал по тексту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Гости из Англии». Форма глагола с аффиксами –ган/-гән, -кан,/кән.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Текст “ Гости из Англии”.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Лексико-грамматический материал по теме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Народы, проживающие в Татарстане». Использование наречий в речи.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«На каких языках мы говорим? » Слова мира. Разго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softHyphen/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softHyphen/>
              <w:t xml:space="preserve">вор со словами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на татарском, а русском,  немного».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 Повторение темы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hAnsi="Times New Roman"/>
                <w:szCs w:val="24"/>
              </w:rPr>
              <w:t>Дружба народов Татарстана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»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 . Послеложные слова. Функции послелогов и послеложных слов в предложениях.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E57384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b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</w:t>
            </w:r>
            <w:r w:rsidRPr="00E57384">
              <w:rPr>
                <w:rFonts w:ascii="Times New Roman" w:eastAsiaTheme="minorEastAsia" w:hAnsi="Times New Roman"/>
                <w:b/>
                <w:bCs/>
                <w:noProof/>
                <w:szCs w:val="24"/>
                <w:lang w:val="tt-RU"/>
              </w:rPr>
              <w:t>Контрольная работа №3.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</w:t>
            </w:r>
            <w:r w:rsidRPr="00E57384">
              <w:rPr>
                <w:rFonts w:ascii="Times New Roman" w:eastAsiaTheme="minorEastAsia" w:hAnsi="Times New Roman"/>
                <w:b/>
                <w:bCs/>
                <w:noProof/>
                <w:szCs w:val="24"/>
                <w:lang w:val="tt-RU"/>
              </w:rPr>
              <w:t>Работа над ошибками.</w:t>
            </w:r>
            <w:r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Казань – столица Татарстана. </w:t>
            </w:r>
            <w:r w:rsidRPr="000C6B55">
              <w:rPr>
                <w:rFonts w:ascii="Times New Roman" w:hAnsi="Times New Roman"/>
                <w:szCs w:val="24"/>
              </w:rPr>
              <w:t>Достопримечательности Казани.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Часто употребляемые в речи наречия:  </w:t>
            </w:r>
            <w:r w:rsidRPr="002A2B4F">
              <w:rPr>
                <w:rFonts w:ascii="Times New Roman" w:hAnsi="Times New Roman"/>
                <w:szCs w:val="24"/>
              </w:rPr>
              <w:t>наречия меры и степени (күп,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азрак</w:t>
            </w:r>
            <w:r w:rsidRPr="002A2B4F">
              <w:rPr>
                <w:rFonts w:ascii="Times New Roman" w:hAnsi="Times New Roman"/>
                <w:szCs w:val="24"/>
              </w:rPr>
              <w:t>, аз.), времени (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иртәгә, бүген, җәй көне, кичен,</w:t>
            </w:r>
            <w:r w:rsidRPr="002A2B4F">
              <w:rPr>
                <w:rFonts w:ascii="Times New Roman" w:hAnsi="Times New Roman"/>
                <w:szCs w:val="24"/>
              </w:rPr>
              <w:t xml:space="preserve"> хәзер, башта, аннан соң), места (уңда, сулда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,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анда, монда, якын, ерак</w:t>
            </w:r>
            <w:r w:rsidRPr="002A2B4F">
              <w:rPr>
                <w:rFonts w:ascii="Times New Roman" w:hAnsi="Times New Roman"/>
                <w:szCs w:val="24"/>
              </w:rPr>
              <w:t>).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29.02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Салих Сайдашев – певый профессиональный композитор. Сара Садыйкова -  наша гордость.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5.03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bCs/>
                <w:noProof/>
                <w:szCs w:val="24"/>
                <w:lang w:val="tt-RU"/>
              </w:rPr>
              <w:t>Проектная работа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 xml:space="preserve"> по теме “</w:t>
            </w:r>
            <w:r w:rsidRPr="002A2B4F">
              <w:rPr>
                <w:rFonts w:ascii="Times New Roman" w:hAnsi="Times New Roman"/>
                <w:szCs w:val="24"/>
              </w:rPr>
              <w:t>Выдающиеся представители татарского народа</w:t>
            </w:r>
            <w:r w:rsidRPr="002A2B4F">
              <w:rPr>
                <w:rFonts w:ascii="Times New Roman" w:eastAsiaTheme="minorEastAsia" w:hAnsi="Times New Roman"/>
                <w:bCs/>
                <w:noProof/>
                <w:szCs w:val="24"/>
                <w:lang w:val="tt-RU"/>
              </w:rPr>
              <w:t>” (по выбору ученика).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7.03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Стихи Роберта Миннуллина. Сказки Абдуллы Алиша.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12.03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Лексико-грамматический материал по теме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hAnsi="Times New Roman"/>
                <w:szCs w:val="24"/>
              </w:rPr>
              <w:t>Наши увлечения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». Мое любимое занятие.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14.03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Лексика по теме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hAnsi="Times New Roman"/>
                <w:szCs w:val="24"/>
              </w:rPr>
              <w:t>Здоровье и спорт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»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. Летние, зимние виды спорта. Правила здорового образа жизни.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19.03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Спортивные соревнования в школе. Использование в речи модальных смысловых суждений, выражающих желание (желание).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21.03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Занятия спортом.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 xml:space="preserve"> «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Инфинитив + люблю (хочу)».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Знаменитые татарские спортсмены. Международный спорт. Использование имени действия в речи.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Правила здоровья. Условное наклонение глагола.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Любимый вид спорта. Аналитические глаголы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Спорт и отдых. Диалогико-монологическая речь. Создание диалога по заданной теме, его речь.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E57384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Лексика по теме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</w:rPr>
              <w:t>«</w:t>
            </w:r>
            <w:r w:rsidRPr="002A2B4F">
              <w:rPr>
                <w:rFonts w:ascii="Times New Roman" w:hAnsi="Times New Roman"/>
                <w:szCs w:val="24"/>
              </w:rPr>
              <w:t>Посещение кружков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»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. Рассказ о своем кружке.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Беседа на тему  о пользе кружков в будущем.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Экскурсии по музеям Татарстана.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Экскурсия в музей Г. Тукая  в Кырлае.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30.04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Лексика по теме “Поездки”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2.05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К</w:t>
            </w:r>
            <w:r w:rsidRPr="002A2B4F"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онтрольная работа</w:t>
            </w: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 xml:space="preserve"> №4.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7.05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E57384">
              <w:rPr>
                <w:rFonts w:ascii="Times New Roman" w:eastAsiaTheme="minorEastAsia" w:hAnsi="Times New Roman"/>
                <w:b/>
                <w:bCs/>
                <w:noProof/>
                <w:szCs w:val="24"/>
                <w:lang w:val="tt-RU"/>
              </w:rPr>
              <w:t>Работа над ошибками.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Повторение по теме “</w:t>
            </w:r>
            <w:r w:rsidRPr="002A2B4F">
              <w:rPr>
                <w:rFonts w:ascii="Times New Roman" w:hAnsi="Times New Roman"/>
                <w:bCs/>
                <w:szCs w:val="24"/>
              </w:rPr>
              <w:t xml:space="preserve">Мир моих увлечений». </w:t>
            </w: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14.05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2160"/>
              </w:tabs>
              <w:contextualSpacing/>
              <w:rPr>
                <w:rFonts w:ascii="Times New Roman" w:eastAsiaTheme="minorEastAsia" w:hAnsi="Times New Roman"/>
                <w:iCs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iCs/>
                <w:noProof/>
                <w:szCs w:val="24"/>
                <w:lang w:val="tt-RU"/>
              </w:rPr>
              <w:t>Татарские народные сказки. Считалки.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16.05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57384" w:rsidRPr="002A2B4F" w:rsidTr="00BE1ABC">
        <w:tc>
          <w:tcPr>
            <w:tcW w:w="846" w:type="dxa"/>
          </w:tcPr>
          <w:p w:rsidR="00E57384" w:rsidRPr="002A2B4F" w:rsidRDefault="00E57384" w:rsidP="00AC7998">
            <w:pPr>
              <w:numPr>
                <w:ilvl w:val="0"/>
                <w:numId w:val="12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69" w:type="dxa"/>
            <w:gridSpan w:val="2"/>
          </w:tcPr>
          <w:p w:rsidR="00E57384" w:rsidRPr="002A2B4F" w:rsidRDefault="00E57384" w:rsidP="00AC7998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rFonts w:ascii="Times New Roman" w:eastAsiaTheme="minorEastAsia" w:hAnsi="Times New Roman"/>
                <w:noProof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noProof/>
                <w:szCs w:val="24"/>
                <w:lang w:val="tt-RU"/>
              </w:rPr>
              <w:t>Рифмовки, скороговорки, загадки.</w:t>
            </w:r>
          </w:p>
        </w:tc>
        <w:tc>
          <w:tcPr>
            <w:tcW w:w="1276" w:type="dxa"/>
          </w:tcPr>
          <w:p w:rsidR="00E57384" w:rsidRPr="005B035B" w:rsidRDefault="005B035B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21.05</w:t>
            </w:r>
          </w:p>
        </w:tc>
        <w:tc>
          <w:tcPr>
            <w:tcW w:w="1418" w:type="dxa"/>
          </w:tcPr>
          <w:p w:rsidR="00E57384" w:rsidRPr="002A2B4F" w:rsidRDefault="00E57384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</w:tbl>
    <w:p w:rsidR="00200860" w:rsidRPr="002A2B4F" w:rsidRDefault="00200860" w:rsidP="00AC7998">
      <w:pPr>
        <w:jc w:val="center"/>
        <w:rPr>
          <w:rFonts w:ascii="Times New Roman" w:hAnsi="Times New Roman"/>
          <w:b/>
          <w:szCs w:val="24"/>
          <w:lang w:val="tt-RU"/>
        </w:rPr>
      </w:pPr>
    </w:p>
    <w:p w:rsidR="00AC7998" w:rsidRPr="002A2B4F" w:rsidRDefault="00AC7998" w:rsidP="00AC7998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2A2B4F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7 класс</w:t>
      </w:r>
    </w:p>
    <w:tbl>
      <w:tblPr>
        <w:tblStyle w:val="a8"/>
        <w:tblW w:w="14709" w:type="dxa"/>
        <w:tblLayout w:type="fixed"/>
        <w:tblLook w:val="04A0" w:firstRow="1" w:lastRow="0" w:firstColumn="1" w:lastColumn="0" w:noHBand="0" w:noVBand="1"/>
      </w:tblPr>
      <w:tblGrid>
        <w:gridCol w:w="959"/>
        <w:gridCol w:w="11056"/>
        <w:gridCol w:w="1276"/>
        <w:gridCol w:w="1418"/>
      </w:tblGrid>
      <w:tr w:rsidR="001F6EF0" w:rsidRPr="002A2B4F" w:rsidTr="00E42299">
        <w:trPr>
          <w:trHeight w:val="562"/>
        </w:trPr>
        <w:tc>
          <w:tcPr>
            <w:tcW w:w="959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11056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E42299" w:rsidRPr="002A2B4F" w:rsidTr="005645A1">
        <w:tc>
          <w:tcPr>
            <w:tcW w:w="14709" w:type="dxa"/>
            <w:gridSpan w:val="4"/>
          </w:tcPr>
          <w:p w:rsidR="00E42299" w:rsidRPr="002A2B4F" w:rsidRDefault="00E42299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</w:rPr>
              <w:t>Мир вокруг меня</w:t>
            </w:r>
            <w:r>
              <w:rPr>
                <w:rFonts w:ascii="Times New Roman" w:eastAsiaTheme="minorEastAsia" w:hAnsi="Times New Roman"/>
                <w:b/>
                <w:szCs w:val="24"/>
                <w:lang w:val="tt-RU"/>
              </w:rPr>
              <w:t>-37 часов</w:t>
            </w: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  <w:vAlign w:val="center"/>
          </w:tcPr>
          <w:p w:rsidR="001F6EF0" w:rsidRPr="002A2B4F" w:rsidRDefault="001F6EF0" w:rsidP="00E42299">
            <w:pPr>
              <w:ind w:leftChars="-10" w:left="-24" w:rightChars="-10" w:right="-24"/>
              <w:jc w:val="both"/>
              <w:rPr>
                <w:rFonts w:ascii="Times New Roman" w:eastAsiaTheme="minorEastAsia" w:hAnsi="Times New Roman"/>
                <w:szCs w:val="24"/>
                <w:lang w:val="be-BY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Первый день в школе.</w:t>
            </w:r>
            <w:r w:rsidRPr="002A2B4F">
              <w:rPr>
                <w:rFonts w:ascii="Times New Roman" w:eastAsiaTheme="minorEastAsia" w:hAnsi="Times New Roman"/>
                <w:iCs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4.09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  <w:vAlign w:val="center"/>
          </w:tcPr>
          <w:p w:rsidR="001F6EF0" w:rsidRPr="002A2B4F" w:rsidRDefault="001F6EF0" w:rsidP="00E42299">
            <w:pPr>
              <w:ind w:leftChars="-10" w:left="-24" w:rightChars="-10" w:right="-24"/>
              <w:jc w:val="both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iCs/>
                <w:szCs w:val="24"/>
                <w:lang w:val="tt-RU"/>
              </w:rPr>
              <w:t xml:space="preserve">Употребление в речи образцов татарского речевого этикета – 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клише.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6.09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  <w:vAlign w:val="center"/>
          </w:tcPr>
          <w:p w:rsidR="001F6EF0" w:rsidRPr="002A2B4F" w:rsidRDefault="001F6EF0" w:rsidP="00E42299">
            <w:pPr>
              <w:ind w:leftChars="-10" w:left="-24" w:rightChars="-10" w:right="-24"/>
              <w:jc w:val="both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hAnsi="Times New Roman"/>
                <w:szCs w:val="24"/>
              </w:rPr>
              <w:t>Учёба. Расписание уроков.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7.09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Словообразовательные аффиксы.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11.09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hAnsi="Times New Roman"/>
                <w:szCs w:val="24"/>
              </w:rPr>
              <w:t>Мои летние каникулы.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13.09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Изменение существительных по падежам.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14.09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Мой отдых.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Спряжение глагола в утвердительной форме.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18.09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FF0000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bCs/>
                <w:color w:val="000000" w:themeColor="text1"/>
                <w:szCs w:val="24"/>
                <w:lang w:val="tt-RU"/>
              </w:rPr>
              <w:t>Школа.</w:t>
            </w:r>
            <w:r w:rsidRPr="002A2B4F">
              <w:rPr>
                <w:rFonts w:ascii="Times New Roman" w:hAnsi="Times New Roman"/>
                <w:b/>
                <w:bCs/>
                <w:color w:val="FF0000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Спряжение глагола в отрицательной форме.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20.09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bCs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Спряжение глагола в отрицательной форме.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21.09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Мои учителя.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Выполнение ситуативных упражнений по теме.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25.09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Выполнение ситуативных упражнений по теме.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27.09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 xml:space="preserve">Наш класс. 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Знакомство с деепричастиями.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28.09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В школе.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Деепричастия.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1F6EF0" w:rsidRDefault="001F6EF0" w:rsidP="00E42299">
            <w:pPr>
              <w:ind w:leftChars="-10" w:left="-24" w:rightChars="-10" w:right="-24"/>
              <w:rPr>
                <w:rFonts w:ascii="Times New Roman" w:hAnsi="Times New Roman"/>
                <w:b/>
                <w:bCs/>
                <w:szCs w:val="24"/>
                <w:lang w:val="en-US"/>
              </w:rPr>
            </w:pPr>
            <w:r w:rsidRPr="001F6EF0">
              <w:rPr>
                <w:rFonts w:ascii="Times New Roman" w:eastAsiaTheme="minorEastAsia" w:hAnsi="Times New Roman"/>
                <w:b/>
                <w:bCs/>
                <w:szCs w:val="24"/>
                <w:lang w:val="tt-RU"/>
              </w:rPr>
              <w:t>Контрольная работа №1.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1F6EF0">
              <w:rPr>
                <w:rFonts w:ascii="Times New Roman" w:hAnsi="Times New Roman"/>
                <w:b/>
                <w:bCs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1F6EF0">
              <w:rPr>
                <w:rFonts w:ascii="Times New Roman" w:hAnsi="Times New Roman"/>
                <w:szCs w:val="24"/>
              </w:rPr>
              <w:t>Школьные будни.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Местоимения.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Местоимения.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Секреты хорошей успеваемости.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Повелительное наклонение.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 xml:space="preserve">Мои одноклассники.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Мир книг. Изафет.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bCs/>
                <w:szCs w:val="24"/>
              </w:rPr>
              <w:t>Д</w:t>
            </w:r>
            <w:r w:rsidRPr="002A2B4F">
              <w:rPr>
                <w:rFonts w:ascii="Times New Roman" w:hAnsi="Times New Roman"/>
                <w:bCs/>
                <w:szCs w:val="24"/>
                <w:lang w:val="en-US"/>
              </w:rPr>
              <w:t>иалог.</w:t>
            </w:r>
            <w:r w:rsidRPr="002A2B4F">
              <w:rPr>
                <w:rFonts w:ascii="Times New Roman" w:hAnsi="Times New Roman"/>
                <w:b/>
                <w:bCs/>
                <w:szCs w:val="24"/>
                <w:lang w:val="en-US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>Моя любимая книга.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Школьная жизн</w:t>
            </w:r>
            <w:r w:rsidRPr="002A2B4F">
              <w:rPr>
                <w:rFonts w:ascii="Times New Roman" w:hAnsi="Times New Roman"/>
                <w:szCs w:val="24"/>
              </w:rPr>
              <w:t>ь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Экскурсия в библиотеку.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В библиотеке.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Разряды наречий.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26.10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Правила успешной учёбы.</w:t>
            </w:r>
            <w:r w:rsidRPr="002A2B4F">
              <w:rPr>
                <w:rFonts w:ascii="Times New Roman" w:eastAsiaTheme="minorEastAsia" w:hAnsi="Times New Roman"/>
                <w:color w:val="00B050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Служебные  части речи.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 xml:space="preserve">Учебные принадлежности.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hAnsi="Times New Roman"/>
                <w:szCs w:val="24"/>
              </w:rPr>
              <w:t>Падежные окончания существительных.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Дневник – документ, дневник – зеркало. Степень прилагательных.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15.11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Наши дневники. Послелоги.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Значение самообразования. Инфинитив.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Значение образования в нашей жизни.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22.11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Отрицательные местоимения.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Мой дневник. Наречие.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bCs/>
                <w:szCs w:val="24"/>
              </w:rPr>
              <w:t>Монолог.</w:t>
            </w:r>
            <w:r w:rsidRPr="002A2B4F">
              <w:rPr>
                <w:rFonts w:ascii="Times New Roman" w:hAnsi="Times New Roman"/>
                <w:b/>
                <w:bCs/>
                <w:szCs w:val="24"/>
              </w:rPr>
              <w:t xml:space="preserve">  </w:t>
            </w:r>
            <w:r w:rsidRPr="002A2B4F">
              <w:rPr>
                <w:rFonts w:ascii="Times New Roman" w:hAnsi="Times New Roman"/>
                <w:szCs w:val="24"/>
              </w:rPr>
              <w:t>Школьная жизнь.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Знание и жизнь.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30.11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Весёлая школьная жизнь.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4.12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42299" w:rsidRPr="002A2B4F" w:rsidTr="005645A1">
        <w:tc>
          <w:tcPr>
            <w:tcW w:w="14709" w:type="dxa"/>
            <w:gridSpan w:val="4"/>
          </w:tcPr>
          <w:p w:rsidR="00E42299" w:rsidRPr="002A2B4F" w:rsidRDefault="00E42299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b/>
                <w:szCs w:val="24"/>
              </w:rPr>
              <w:t>Мир моих увлечений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>-30 часов</w:t>
            </w:r>
          </w:p>
        </w:tc>
      </w:tr>
      <w:tr w:rsidR="001F6EF0" w:rsidRPr="002A2B4F" w:rsidTr="00E42299">
        <w:trPr>
          <w:trHeight w:val="70"/>
        </w:trPr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Как я отдыхаю.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6.12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rPr>
          <w:trHeight w:val="268"/>
        </w:trPr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Главные члены предложения.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7.12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</w:rPr>
              <w:t xml:space="preserve">Контрольная работа </w:t>
            </w:r>
            <w:r>
              <w:rPr>
                <w:rFonts w:ascii="Times New Roman" w:eastAsiaTheme="minorEastAsia" w:hAnsi="Times New Roman"/>
                <w:b/>
                <w:szCs w:val="24"/>
              </w:rPr>
              <w:t>№2.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11.12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1F6EF0">
              <w:rPr>
                <w:rFonts w:ascii="Times New Roman" w:eastAsiaTheme="minorEastAsia" w:hAnsi="Times New Roman"/>
                <w:b/>
                <w:bCs/>
                <w:szCs w:val="24"/>
              </w:rPr>
              <w:t>Работа над ошибками.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</w:rPr>
              <w:t xml:space="preserve">Моё свободное время.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13.12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Простое предложение.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14.12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 xml:space="preserve">Отдых.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18.12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Причастие.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20.12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Мои любимые занятия на досуге.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21.12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Мои любимые занятия на досуге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25.12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tt-RU"/>
              </w:rPr>
              <w:t>Аудирование.</w:t>
            </w:r>
            <w:r w:rsidRPr="002A2B4F">
              <w:rPr>
                <w:rFonts w:ascii="Times New Roman" w:hAnsi="Times New Roman"/>
                <w:b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</w:rPr>
              <w:t>Свободное время и спорт.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27.12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Типы предложений по цели высказывания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28.12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Типы предложений по цели высказывания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10.01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Моё хобби.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Имя действия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Имя действия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Выходные дни. Частицы.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17.01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 xml:space="preserve">Места отдыха.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rPr>
          <w:trHeight w:val="235"/>
        </w:trPr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E42299" w:rsidRDefault="001F6EF0" w:rsidP="00E42299">
            <w:pPr>
              <w:ind w:rightChars="-10" w:right="-24"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Походы. Предложения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с однородными членами.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22.01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Путешествия.</w:t>
            </w:r>
            <w:r w:rsidRPr="002A2B4F">
              <w:rPr>
                <w:rFonts w:ascii="Times New Roman" w:hAnsi="Times New Roman"/>
                <w:szCs w:val="24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24.01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Союзы.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Путешествия по городам Татарстана.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Различные способы виртуального общения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31.01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В театре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Музыка в нашей жизни.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 xml:space="preserve">На улице. 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>Применение клише.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В городском парке.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Порядок слов в татарских предложениях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8.02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>Урок мужества.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 xml:space="preserve"> Вводные слова.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Как полезно провести свободное время.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Порядок присоединения аффиксов к существительным.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Мои любимые фильмы Просмотр фильмов, их герои.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1F6EF0" w:rsidRPr="005B035B" w:rsidRDefault="005B035B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Как проводим праздники.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Порядок присоединения аффиксов к существительным.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19.02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Интерес к изобразительному искусству.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Желательное наклонение.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21.02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42299" w:rsidRPr="002A2B4F" w:rsidTr="005645A1">
        <w:tc>
          <w:tcPr>
            <w:tcW w:w="14709" w:type="dxa"/>
            <w:gridSpan w:val="4"/>
          </w:tcPr>
          <w:p w:rsidR="00E42299" w:rsidRPr="002A2B4F" w:rsidRDefault="00E42299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b/>
                <w:szCs w:val="24"/>
              </w:rPr>
              <w:t>Мир моего «Я»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>- 17 часов</w:t>
            </w: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Старшие и мы.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/>
              </w:rPr>
            </w:pPr>
            <w:r w:rsidRPr="002A2B4F">
              <w:rPr>
                <w:rFonts w:ascii="Times New Roman" w:hAnsi="Times New Roman"/>
                <w:szCs w:val="24"/>
              </w:rPr>
              <w:t>Старшие и младшие.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Главные члены предложения.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Я и мои ровесники.</w:t>
            </w:r>
            <w:r w:rsidRPr="002A2B4F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29.02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A2B4F">
              <w:rPr>
                <w:rFonts w:ascii="Times New Roman" w:hAnsi="Times New Roman"/>
                <w:szCs w:val="24"/>
              </w:rPr>
              <w:t>Синонимы.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4.03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bCs/>
                <w:color w:val="000000" w:themeColor="text1"/>
                <w:szCs w:val="24"/>
                <w:lang w:val="en-US"/>
              </w:rPr>
              <w:t>Свободное время</w:t>
            </w:r>
            <w:r w:rsidRPr="002A2B4F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US"/>
              </w:rPr>
              <w:t>.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6.03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bCs/>
                <w:color w:val="000000" w:themeColor="text1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</w:rPr>
              <w:t>Антонимы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7.03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bCs/>
                <w:color w:val="000000" w:themeColor="text1"/>
                <w:szCs w:val="24"/>
                <w:lang w:val="en-US"/>
              </w:rPr>
              <w:t>Здоровый образ жизни.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en-US"/>
              </w:rPr>
              <w:t xml:space="preserve"> Омонимы.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11.03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1F6EF0" w:rsidRDefault="001F6EF0" w:rsidP="00E42299">
            <w:pPr>
              <w:ind w:rightChars="-10" w:right="-24"/>
              <w:rPr>
                <w:rFonts w:ascii="Times New Roman" w:eastAsiaTheme="minorEastAsia" w:hAnsi="Times New Roman"/>
                <w:b/>
                <w:color w:val="000000" w:themeColor="text1"/>
                <w:szCs w:val="24"/>
              </w:rPr>
            </w:pPr>
            <w:r w:rsidRPr="001F6EF0">
              <w:rPr>
                <w:rFonts w:ascii="Times New Roman" w:eastAsiaTheme="minorEastAsia" w:hAnsi="Times New Roman"/>
                <w:b/>
                <w:color w:val="000000" w:themeColor="text1"/>
                <w:szCs w:val="24"/>
              </w:rPr>
              <w:t>Контрольная работа №3.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13.03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1F6EF0">
              <w:rPr>
                <w:rFonts w:ascii="Times New Roman" w:hAnsi="Times New Roman"/>
                <w:b/>
                <w:bCs/>
                <w:szCs w:val="24"/>
              </w:rPr>
              <w:t>Работа над ошибками.</w:t>
            </w:r>
            <w:r w:rsidRPr="002A2B4F">
              <w:rPr>
                <w:rFonts w:ascii="Times New Roman" w:hAnsi="Times New Roman"/>
                <w:szCs w:val="24"/>
              </w:rPr>
              <w:t xml:space="preserve"> Привязанность к компьютеру.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14.03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Формы 1 лица ед. и мн. числа глаголов желательного наклонения.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18.03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bCs/>
                <w:szCs w:val="24"/>
              </w:rPr>
              <w:t xml:space="preserve">Диалог. </w:t>
            </w:r>
            <w:r w:rsidRPr="002A2B4F">
              <w:rPr>
                <w:rFonts w:ascii="Times New Roman" w:hAnsi="Times New Roman"/>
                <w:bCs/>
                <w:color w:val="FF0000"/>
                <w:szCs w:val="24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</w:rPr>
              <w:t>Уважительное отношение к старшим.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20.03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Умение просить разрешение.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21.03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Второстепенные члены предложения.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Обстоятельство.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 xml:space="preserve">Правила общения с ровесниками. </w:t>
            </w:r>
            <w:r w:rsidRPr="002A2B4F">
              <w:rPr>
                <w:rFonts w:ascii="Times New Roman" w:hAnsi="Times New Roman"/>
                <w:szCs w:val="24"/>
                <w:lang w:val="tt-RU"/>
              </w:rPr>
              <w:t>Послелоги.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4.04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b/>
                <w:szCs w:val="24"/>
              </w:rPr>
              <w:t>Проектная работа.</w:t>
            </w:r>
            <w:r w:rsidRPr="002A2B4F">
              <w:rPr>
                <w:rFonts w:ascii="Times New Roman" w:hAnsi="Times New Roman"/>
                <w:szCs w:val="24"/>
              </w:rPr>
              <w:t xml:space="preserve">  Мир моего «Я»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8.04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E42299" w:rsidRPr="002A2B4F" w:rsidTr="005645A1">
        <w:tc>
          <w:tcPr>
            <w:tcW w:w="14709" w:type="dxa"/>
            <w:gridSpan w:val="4"/>
          </w:tcPr>
          <w:p w:rsidR="00E42299" w:rsidRPr="002A2B4F" w:rsidRDefault="00E42299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b/>
                <w:szCs w:val="24"/>
              </w:rPr>
              <w:t>Моя Родина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>-18 часов</w:t>
            </w:r>
            <w:r w:rsidR="00AF33F9">
              <w:rPr>
                <w:rFonts w:ascii="Times New Roman" w:hAnsi="Times New Roman"/>
                <w:b/>
                <w:szCs w:val="24"/>
                <w:lang w:val="tt-RU"/>
              </w:rPr>
              <w:t>10.04</w:t>
            </w: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>“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Моя малая Родина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”.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10.04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Исторические и памятные места.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Казань – столица Татарстана.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Казань – столица Татарстана.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17.04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 xml:space="preserve">Жизнь в городской и сельской местности.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18.04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Транспорт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rPr>
                <w:rFonts w:ascii="Times New Roman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Народы, проживающие в Татарстане.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24.04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rPr>
                <w:rFonts w:ascii="Times New Roman" w:hAnsi="Times New Roman"/>
                <w:color w:val="000000" w:themeColor="text1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Народы, проживающие в Татарстане.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25.04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>Географическое поло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ж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>ение, население, климат, природа Татарстана.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29.04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>Географическое поло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ж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>ение, население, климат, природа Татарстана.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2.05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rightChars="-10" w:right="-24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Cs w:val="24"/>
                <w:lang w:val="tt-RU"/>
              </w:rPr>
              <w:t>К</w:t>
            </w: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онтрольная работа</w:t>
            </w:r>
            <w:r>
              <w:rPr>
                <w:rFonts w:ascii="Times New Roman" w:eastAsiaTheme="minorEastAsia" w:hAnsi="Times New Roman"/>
                <w:b/>
                <w:szCs w:val="24"/>
                <w:lang w:val="tt-RU"/>
              </w:rPr>
              <w:t xml:space="preserve"> №4</w:t>
            </w: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6.05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1F6EF0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tt-RU"/>
              </w:rPr>
              <w:t>Работа над ошибками.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 xml:space="preserve">Культура и искусство татарского народа. 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8.05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tt-RU"/>
              </w:rPr>
              <w:t xml:space="preserve">. </w:t>
            </w: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Культура и искусство татарского народа.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13.05</w:t>
            </w:r>
          </w:p>
        </w:tc>
        <w:tc>
          <w:tcPr>
            <w:tcW w:w="1418" w:type="dxa"/>
          </w:tcPr>
          <w:p w:rsidR="001F6EF0" w:rsidRPr="0028462C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</w:rPr>
              <w:t>Культура и искусство татарского народа.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15.05</w:t>
            </w:r>
          </w:p>
        </w:tc>
        <w:tc>
          <w:tcPr>
            <w:tcW w:w="1418" w:type="dxa"/>
          </w:tcPr>
          <w:p w:rsidR="001F6EF0" w:rsidRPr="00FE65F4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Выдающиеся представители татарского народа.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16.05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color w:val="000000" w:themeColor="text1"/>
                <w:szCs w:val="24"/>
                <w:lang w:val="en-US"/>
              </w:rPr>
              <w:t>Выдающиеся представители татарского народа.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20.05</w:t>
            </w:r>
          </w:p>
        </w:tc>
        <w:tc>
          <w:tcPr>
            <w:tcW w:w="1418" w:type="dxa"/>
          </w:tcPr>
          <w:p w:rsidR="001F6EF0" w:rsidRPr="002A2B4F" w:rsidRDefault="001F6EF0" w:rsidP="00E42299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28462C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Животный и растительный мир Татарстана.</w:t>
            </w:r>
          </w:p>
        </w:tc>
        <w:tc>
          <w:tcPr>
            <w:tcW w:w="1276" w:type="dxa"/>
          </w:tcPr>
          <w:p w:rsidR="001F6EF0" w:rsidRPr="00AF33F9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22.05</w:t>
            </w: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1F6EF0" w:rsidRPr="002A2B4F" w:rsidTr="00E42299">
        <w:tc>
          <w:tcPr>
            <w:tcW w:w="959" w:type="dxa"/>
          </w:tcPr>
          <w:p w:rsidR="001F6EF0" w:rsidRPr="001F6EF0" w:rsidRDefault="001F6EF0" w:rsidP="00E42299">
            <w:pPr>
              <w:pStyle w:val="aa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1F6EF0" w:rsidRPr="002A2B4F" w:rsidRDefault="001F6EF0" w:rsidP="00E42299">
            <w:pPr>
              <w:ind w:leftChars="-10" w:left="-24" w:rightChars="-10" w:right="-24"/>
              <w:rPr>
                <w:rFonts w:ascii="Times New Roman" w:hAnsi="Times New Roman"/>
                <w:szCs w:val="24"/>
              </w:rPr>
            </w:pPr>
            <w:r w:rsidRPr="002A2B4F">
              <w:rPr>
                <w:rFonts w:ascii="Times New Roman" w:hAnsi="Times New Roman"/>
                <w:szCs w:val="24"/>
              </w:rPr>
              <w:t>Животный и растительный мир Татарстана.</w:t>
            </w:r>
          </w:p>
        </w:tc>
        <w:tc>
          <w:tcPr>
            <w:tcW w:w="1276" w:type="dxa"/>
          </w:tcPr>
          <w:p w:rsidR="001F6EF0" w:rsidRDefault="00AF33F9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23.05</w:t>
            </w:r>
          </w:p>
          <w:p w:rsidR="00E4059E" w:rsidRPr="00AF33F9" w:rsidRDefault="00E4059E" w:rsidP="00E42299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1F6EF0" w:rsidRPr="001F6EF0" w:rsidRDefault="001F6EF0" w:rsidP="00E42299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</w:tbl>
    <w:p w:rsidR="00AC7998" w:rsidRDefault="00AC7998" w:rsidP="00AC7998">
      <w:pPr>
        <w:rPr>
          <w:rFonts w:ascii="Times New Roman" w:eastAsiaTheme="minorEastAsia" w:hAnsi="Times New Roman"/>
          <w:b/>
          <w:szCs w:val="24"/>
        </w:rPr>
      </w:pPr>
    </w:p>
    <w:p w:rsidR="00CD1883" w:rsidRDefault="00CD1883" w:rsidP="00AC7998">
      <w:pPr>
        <w:rPr>
          <w:rFonts w:ascii="Times New Roman" w:eastAsiaTheme="minorEastAsia" w:hAnsi="Times New Roman"/>
          <w:b/>
          <w:szCs w:val="24"/>
        </w:rPr>
      </w:pPr>
    </w:p>
    <w:p w:rsidR="00AC7998" w:rsidRPr="002A2B4F" w:rsidRDefault="00AC7998" w:rsidP="00224470">
      <w:pPr>
        <w:rPr>
          <w:rFonts w:ascii="Times New Roman" w:eastAsiaTheme="minorEastAsia" w:hAnsi="Times New Roman"/>
          <w:b/>
          <w:szCs w:val="24"/>
        </w:rPr>
      </w:pPr>
    </w:p>
    <w:p w:rsidR="00AC7998" w:rsidRPr="002A2B4F" w:rsidRDefault="00AC7998" w:rsidP="00AC7998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2A2B4F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8 класс</w:t>
      </w:r>
    </w:p>
    <w:tbl>
      <w:tblPr>
        <w:tblStyle w:val="a8"/>
        <w:tblW w:w="14709" w:type="dxa"/>
        <w:tblLayout w:type="fixed"/>
        <w:tblLook w:val="04A0" w:firstRow="1" w:lastRow="0" w:firstColumn="1" w:lastColumn="0" w:noHBand="0" w:noVBand="1"/>
      </w:tblPr>
      <w:tblGrid>
        <w:gridCol w:w="959"/>
        <w:gridCol w:w="11056"/>
        <w:gridCol w:w="1276"/>
        <w:gridCol w:w="1418"/>
      </w:tblGrid>
      <w:tr w:rsidR="005645A1" w:rsidRPr="002A2B4F" w:rsidTr="005645A1">
        <w:trPr>
          <w:trHeight w:val="562"/>
        </w:trPr>
        <w:tc>
          <w:tcPr>
            <w:tcW w:w="959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11056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</w:t>
            </w: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 xml:space="preserve"> (план)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5645A1" w:rsidRPr="002A2B4F" w:rsidTr="005645A1">
        <w:tc>
          <w:tcPr>
            <w:tcW w:w="14709" w:type="dxa"/>
            <w:gridSpan w:val="4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</w:rPr>
              <w:t>Мир вокруг меня</w:t>
            </w:r>
            <w:r>
              <w:rPr>
                <w:rFonts w:ascii="Times New Roman" w:eastAsiaTheme="minorEastAsia" w:hAnsi="Times New Roman"/>
                <w:b/>
                <w:szCs w:val="24"/>
                <w:lang w:val="tt-RU"/>
              </w:rPr>
              <w:t xml:space="preserve">-20 часов </w:t>
            </w: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Деловой стиль речи. 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4.09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Поздравительное письмо.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6.09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Поздравление с Новым учебном годом. Имя существительное.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11.09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Союзы поэтому, потому что</w:t>
            </w:r>
            <w:r w:rsidRPr="002A2B4F">
              <w:rPr>
                <w:rFonts w:ascii="Times New Roman" w:eastAsiaTheme="minorEastAsia" w:hAnsi="Times New Roman"/>
                <w:szCs w:val="24"/>
              </w:rPr>
              <w:t>, да (дә), та (тә), як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и. 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13.09</w:t>
            </w:r>
          </w:p>
        </w:tc>
        <w:tc>
          <w:tcPr>
            <w:tcW w:w="1418" w:type="dxa"/>
          </w:tcPr>
          <w:p w:rsidR="005645A1" w:rsidRPr="005645A1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5645A1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Диалог “Похвалите друг-друга”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18.09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</w:rPr>
              <w:t>Производные, парные, составные, сложные имена существительные.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20.09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Изъявительное наклонение глагола. 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25.09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на тему “Дни недели”.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27.09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Лексический материал на тему  “ Мальчики нашего дома”.</w:t>
            </w:r>
          </w:p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Изъявительное наклонение глагола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Разряды числительных. Количественное, разделительное числительное.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Аудирование на тему “Школьная жизнь”.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Лексический материал на тему “ Успею...ещё”.  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E42299" w:rsidRDefault="005645A1" w:rsidP="00AC7998">
            <w:pPr>
              <w:ind w:left="-57" w:right="-57"/>
              <w:rPr>
                <w:rFonts w:ascii="Times New Roman" w:eastAsiaTheme="minorEastAsia" w:hAnsi="Times New Roman"/>
                <w:b/>
                <w:bCs/>
                <w:szCs w:val="24"/>
                <w:lang w:val="tt-RU" w:eastAsia="en-US"/>
              </w:rPr>
            </w:pPr>
            <w:r w:rsidRPr="00E42299">
              <w:rPr>
                <w:rFonts w:ascii="Times New Roman" w:eastAsiaTheme="minorEastAsia" w:hAnsi="Times New Roman"/>
                <w:b/>
                <w:bCs/>
                <w:szCs w:val="24"/>
                <w:lang w:val="tt-RU" w:eastAsia="en-US"/>
              </w:rPr>
              <w:t xml:space="preserve">Контрольная работа №1. 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E42299">
              <w:rPr>
                <w:rFonts w:ascii="Times New Roman" w:eastAsiaTheme="minorEastAsia" w:hAnsi="Times New Roman"/>
                <w:b/>
                <w:bCs/>
                <w:szCs w:val="24"/>
                <w:lang w:val="tt-RU"/>
              </w:rPr>
              <w:t>Работа над ошибками.</w:t>
            </w:r>
            <w:r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Разряды числительных. Порядковое, собирательное числительное.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Разряды числительных. Приблизительное числительное.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Деепричастие. 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Формы деепричастии.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Деепричастие на -ып, -еп, -п.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25.10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Отрицательная форма деепричастии.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6.11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Лексический материал по теме “Барый телевизор смотрит”.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</w:rPr>
              <w:t>Наречия меры и степени (еш, сирәк).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8.11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Монолог по теме “Школьная жизнь”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13.11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 Повторение  по теме  </w:t>
            </w: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“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Школьная жизнь</w:t>
            </w: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”.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15.11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14709" w:type="dxa"/>
            <w:gridSpan w:val="4"/>
          </w:tcPr>
          <w:p w:rsidR="005645A1" w:rsidRPr="002A2B4F" w:rsidRDefault="005645A1" w:rsidP="00E4059E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</w:rPr>
              <w:t>Мир моего «Я»</w:t>
            </w:r>
            <w:r>
              <w:rPr>
                <w:rFonts w:ascii="Times New Roman" w:eastAsiaTheme="minorEastAsia" w:hAnsi="Times New Roman"/>
                <w:b/>
                <w:color w:val="000000"/>
                <w:szCs w:val="24"/>
                <w:lang w:val="tt-RU"/>
              </w:rPr>
              <w:t>- 36 часов</w:t>
            </w: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E4059E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по теме правила вежливости. П</w:t>
            </w:r>
            <w:r w:rsidRPr="00E4059E">
              <w:rPr>
                <w:rFonts w:ascii="Times New Roman" w:eastAsiaTheme="minorEastAsia" w:hAnsi="Times New Roman"/>
                <w:szCs w:val="24"/>
              </w:rPr>
              <w:t>роизводные, составные имена прилагательные.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20.11</w:t>
            </w:r>
          </w:p>
        </w:tc>
        <w:tc>
          <w:tcPr>
            <w:tcW w:w="1418" w:type="dxa"/>
          </w:tcPr>
          <w:p w:rsidR="005645A1" w:rsidRPr="00E4059E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E4059E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E4059E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Прилагательные, выражающие внешний вид и характер человека.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22.11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E4059E">
            <w:pPr>
              <w:ind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Причастие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27.11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Положительная и отрицательная форма причастии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29.11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Формы времени причастий.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Причастия настоящего (баручы кеше, бара торган поезд) и прошедшего времени (килгән кунак).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Беседа на тему “Правила вежливости”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Словарный состав татарского языка. Общетюрские слова.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Принципы построения различных типов словарей, их правильное использование.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“Мой цвет-зеленый. А твой?. Любимые цвета.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Простые устойчивые фразы. Формы выражения желания. 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  <w:lang w:val="en-US"/>
              </w:rPr>
              <w:t>Единицы этикета татарской речи.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 xml:space="preserve">Контрольная работа </w:t>
            </w: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№2.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5645A1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4"/>
                <w:lang w:val="tt-RU"/>
              </w:rPr>
              <w:t>Работа над ошибками.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 Предлоги и предложные слова.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27.12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 Диалог по теме “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Мои друзья, мои ровесники”.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Аналитические глаголы, выражающие начало и завершение действия (укый башлады, укып бетерде).</w:t>
            </w:r>
          </w:p>
        </w:tc>
        <w:tc>
          <w:tcPr>
            <w:tcW w:w="1276" w:type="dxa"/>
          </w:tcPr>
          <w:p w:rsidR="005645A1" w:rsidRPr="00E4059E" w:rsidRDefault="00E4059E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10.01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Имя действия, его значение, форма. Склонение имени действии по падежам и по принадлежностям.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>Конструкция «имя действия + послелог өчен» (белү өчен).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Инфинитив, его значение. 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Инфинитив с модальными словами (кирәк (кирәкми), ярый (ярамый), мөмкин (мөмкин түгел), тиеш (тиеш түгел),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Беседа на тему “Помогаю друзьям”. Предложение. Порядок слов на татарском языке.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17.01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на тему “ Свободное время у меня и у моих друзей”. Главные члены предложения.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Второстепенные члены предложения. Дополнение.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Второстепенные члены предложения. Определение.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24.01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Второстепенные члены предложения. Обстоятельство.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Нераспространенные и распространенные предложения. Беседа на тему 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“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Мои друзья, мои ровесники”.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Простое глагольное сказуемое (Я знаю по- татарски)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31.01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Монолог по теме “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Мои друзья, мои ровесники”, “Моя семья” .Простое именное сказуемое (Наша дружная семья)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на тему “Сайт знакомств”. Составное глагольное сказуемое (Я люблю читать)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Деловой стиль. Резюме.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Ситуативные задании по теме “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Мои друзья, мои ровесники”. Порядок слов в сложных предложениях.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Лексический материал по теме “Природа и мы”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 Природа и мы. Местоимение.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Определительное местоимение. Склонение определительных местоимений по падежам.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на тему “Роль человека в природе”.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Неопределенные местоимения (кемдер, әллә кем).</w:t>
            </w:r>
          </w:p>
        </w:tc>
        <w:tc>
          <w:tcPr>
            <w:tcW w:w="1276" w:type="dxa"/>
          </w:tcPr>
          <w:p w:rsidR="005645A1" w:rsidRPr="00E4059E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 Умеешь ли отдыхать на природе? Притяжательные местоимения.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Беседа на тему «Беречь природу - священный долг каждого".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Вводные слова (беренчедән, икенчедән, өченчедән).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Беседа на тему” Веселый отдых".</w:t>
            </w: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Отрицательные местоимени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28.02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Главные и второстепенные члены предложения.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Частицы әнә, менә, бит, тагын.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 Диалог по теме “Природа и мы”.  </w:t>
            </w:r>
            <w:r w:rsidRPr="005645A1">
              <w:rPr>
                <w:rFonts w:ascii="Times New Roman" w:eastAsiaTheme="minorEastAsia" w:hAnsi="Times New Roman"/>
                <w:color w:val="000000"/>
                <w:szCs w:val="24"/>
              </w:rPr>
              <w:t>"Мое любимое время года”.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5645A1" w:rsidRDefault="005645A1" w:rsidP="00AC7998">
            <w:pPr>
              <w:ind w:left="-57" w:right="-57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4"/>
                <w:lang w:val="tt-RU" w:eastAsia="en-US"/>
              </w:rPr>
            </w:pPr>
            <w:r w:rsidRPr="005645A1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4"/>
                <w:lang w:val="tt-RU" w:eastAsia="en-US"/>
              </w:rPr>
              <w:t>Контрольная работа №3.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eastAsia="en-US"/>
              </w:rPr>
            </w:pPr>
            <w:r w:rsidRPr="005645A1"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  <w:t>Работа над ошибками.</w:t>
            </w:r>
            <w:r>
              <w:rPr>
                <w:rFonts w:ascii="Times New Roman" w:eastAsiaTheme="minorEastAsia" w:hAnsi="Times New Roman"/>
                <w:color w:val="000000"/>
                <w:szCs w:val="24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Беседа на тему " Лес-близкий друг человека”.</w:t>
            </w:r>
            <w:r w:rsidRPr="002A2B4F">
              <w:rPr>
                <w:rFonts w:ascii="Times New Roman" w:eastAsiaTheme="minorHAnsi" w:hAnsi="Times New Roman"/>
                <w:szCs w:val="24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Порядок слов в сложных предложениях. 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14709" w:type="dxa"/>
            <w:gridSpan w:val="4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Мир моих увлечений</w:t>
            </w: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 xml:space="preserve"> – 6 часов</w:t>
            </w: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Лексический материал по теме” Мир мох увлечений".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/>
                <w:szCs w:val="24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Лексический материал по теме” Мир мох увлечений".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highlight w:val="yellow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Аудирование по теме “В мире музыки”</w:t>
            </w:r>
            <w:r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Аудирование по теме “Молодежная мода и дизайн.”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  <w:lang w:val="en-US"/>
              </w:rPr>
              <w:t>Аудирование «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Здоровы образ жизни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  <w:lang w:val="en-US"/>
              </w:rPr>
              <w:t>».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b/>
                <w:color w:val="000000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  <w:lang w:val="en-US"/>
              </w:rPr>
              <w:t>Проектная работа  «Времена года»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22.03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14709" w:type="dxa"/>
            <w:gridSpan w:val="4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Моя Родина</w:t>
            </w: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 xml:space="preserve"> – 23 часа</w:t>
            </w: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 xml:space="preserve"> Лексический материал по теме “Республика Татарстан”. 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5645A1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Однородные члены предложения.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Монолог по теме “Республика Татарстан”.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</w:rPr>
              <w:t>К</w:t>
            </w:r>
            <w:r w:rsidRPr="002A2B4F">
              <w:rPr>
                <w:rFonts w:ascii="Times New Roman" w:eastAsiaTheme="minorEastAsia" w:hAnsi="Times New Roman"/>
                <w:szCs w:val="24"/>
              </w:rPr>
              <w:t>онструкция «имя существительное + имя существительное с аффиксом принадлежности 3 лица» (Россия Федерациясе, Татарстан Республикасы, Казан шәһәре).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Беседа по теме "Мой любимый писатель".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10.04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/>
                <w:szCs w:val="24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Беседа по теме "Мой любимый писатель".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Залоги глаголов.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Действительный и возвратный залог.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17.04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Диалог по теме “Республика Татарстан”. 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19.04</w:t>
            </w:r>
          </w:p>
        </w:tc>
        <w:tc>
          <w:tcPr>
            <w:tcW w:w="1418" w:type="dxa"/>
          </w:tcPr>
          <w:p w:rsidR="005645A1" w:rsidRPr="005645A1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Диалог по теме “Республика Татарстан”.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22.04</w:t>
            </w:r>
          </w:p>
        </w:tc>
        <w:tc>
          <w:tcPr>
            <w:tcW w:w="1418" w:type="dxa"/>
          </w:tcPr>
          <w:p w:rsidR="005645A1" w:rsidRPr="00E42299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Страдательный залог.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24.04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Взаимно-совместный залог.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Взаимно-совместный залог.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29.04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по теме “Татарстан  Республикасы”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по теме “Татарстан  Республикасы”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tt-RU"/>
              </w:rPr>
              <w:t>Беседа по теме “Казань-столица Татарстана”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К</w:t>
            </w:r>
            <w:r w:rsidRPr="002A2B4F"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онтрольная работа</w:t>
            </w:r>
            <w:r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 xml:space="preserve"> №4</w:t>
            </w:r>
            <w:r w:rsidRPr="002A2B4F">
              <w:rPr>
                <w:rFonts w:ascii="Times New Roman" w:eastAsiaTheme="minorEastAsia" w:hAnsi="Times New Roman"/>
                <w:b/>
                <w:color w:val="000000" w:themeColor="text1"/>
                <w:szCs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10.05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 xml:space="preserve">Работа над ошибками. 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Всемирно известные архитектурные памятники.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6476EE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Всемирно известные архитектурные памятники.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 w:themeColor="text1"/>
                <w:szCs w:val="24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Письмо по теме: ” Республика Татарстан"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17.05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2A2B4F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6476EE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Диалог по теме ” Республика Татарстан». 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20.05</w:t>
            </w:r>
          </w:p>
        </w:tc>
        <w:tc>
          <w:tcPr>
            <w:tcW w:w="1418" w:type="dxa"/>
          </w:tcPr>
          <w:p w:rsidR="005645A1" w:rsidRPr="006476EE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6476EE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/>
                <w:szCs w:val="24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Диалог по теме </w:t>
            </w:r>
            <w:r w:rsidRPr="002A2B4F">
              <w:rPr>
                <w:rFonts w:ascii="Times New Roman" w:eastAsiaTheme="minorEastAsia" w:hAnsi="Times New Roman"/>
                <w:color w:val="000000" w:themeColor="text1"/>
                <w:szCs w:val="24"/>
                <w:lang w:val="tt-RU"/>
              </w:rPr>
              <w:t>“Богатство родного края”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22.05</w:t>
            </w:r>
          </w:p>
        </w:tc>
        <w:tc>
          <w:tcPr>
            <w:tcW w:w="1418" w:type="dxa"/>
          </w:tcPr>
          <w:p w:rsidR="005645A1" w:rsidRPr="006476EE" w:rsidRDefault="005645A1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5645A1" w:rsidRPr="002A2B4F" w:rsidTr="005645A1">
        <w:tc>
          <w:tcPr>
            <w:tcW w:w="959" w:type="dxa"/>
          </w:tcPr>
          <w:p w:rsidR="005645A1" w:rsidRPr="006476EE" w:rsidRDefault="005645A1" w:rsidP="00AC7998">
            <w:pPr>
              <w:numPr>
                <w:ilvl w:val="0"/>
                <w:numId w:val="14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056" w:type="dxa"/>
          </w:tcPr>
          <w:p w:rsidR="005645A1" w:rsidRPr="002A2B4F" w:rsidRDefault="005645A1" w:rsidP="00AC7998">
            <w:pPr>
              <w:ind w:left="-57" w:right="-57"/>
              <w:rPr>
                <w:rFonts w:ascii="Times New Roman" w:eastAsiaTheme="minorEastAsia" w:hAnsi="Times New Roman"/>
                <w:color w:val="000000"/>
                <w:szCs w:val="24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Повторение</w:t>
            </w:r>
          </w:p>
        </w:tc>
        <w:tc>
          <w:tcPr>
            <w:tcW w:w="1276" w:type="dxa"/>
          </w:tcPr>
          <w:p w:rsidR="005645A1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24.05</w:t>
            </w:r>
          </w:p>
        </w:tc>
        <w:tc>
          <w:tcPr>
            <w:tcW w:w="1418" w:type="dxa"/>
          </w:tcPr>
          <w:p w:rsidR="005645A1" w:rsidRPr="002A2B4F" w:rsidRDefault="005645A1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</w:tbl>
    <w:p w:rsidR="00AC7998" w:rsidRPr="002A2B4F" w:rsidRDefault="00AC7998" w:rsidP="00AC7998">
      <w:pPr>
        <w:rPr>
          <w:rFonts w:ascii="Times New Roman" w:eastAsiaTheme="minorEastAsia" w:hAnsi="Times New Roman"/>
          <w:b/>
          <w:szCs w:val="24"/>
        </w:rPr>
      </w:pPr>
    </w:p>
    <w:p w:rsidR="00AC7998" w:rsidRPr="002A2B4F" w:rsidRDefault="00AC7998" w:rsidP="00AC7998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2A2B4F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9 класс</w:t>
      </w:r>
    </w:p>
    <w:tbl>
      <w:tblPr>
        <w:tblStyle w:val="a8"/>
        <w:tblW w:w="14709" w:type="dxa"/>
        <w:tblLayout w:type="fixed"/>
        <w:tblLook w:val="04A0" w:firstRow="1" w:lastRow="0" w:firstColumn="1" w:lastColumn="0" w:noHBand="0" w:noVBand="1"/>
      </w:tblPr>
      <w:tblGrid>
        <w:gridCol w:w="867"/>
        <w:gridCol w:w="11148"/>
        <w:gridCol w:w="1276"/>
        <w:gridCol w:w="1418"/>
      </w:tblGrid>
      <w:tr w:rsidR="00CD1883" w:rsidRPr="002A2B4F" w:rsidTr="00BB1DD0">
        <w:trPr>
          <w:trHeight w:val="562"/>
        </w:trPr>
        <w:tc>
          <w:tcPr>
            <w:tcW w:w="867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b/>
                <w:szCs w:val="24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  <w:lang w:val="tt-RU"/>
              </w:rPr>
              <w:t>№п/п</w:t>
            </w:r>
          </w:p>
        </w:tc>
        <w:tc>
          <w:tcPr>
            <w:tcW w:w="1114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b/>
                <w:szCs w:val="24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 w:rsidRPr="002A2B4F"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CD1883" w:rsidRPr="002A2B4F" w:rsidTr="00BB1DD0">
        <w:tc>
          <w:tcPr>
            <w:tcW w:w="14709" w:type="dxa"/>
            <w:gridSpan w:val="4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</w:rPr>
              <w:t>Моя Родина</w:t>
            </w:r>
            <w:r>
              <w:rPr>
                <w:rFonts w:ascii="Times New Roman" w:eastAsiaTheme="minorEastAsia" w:hAnsi="Times New Roman"/>
                <w:b/>
                <w:szCs w:val="24"/>
                <w:lang w:val="tt-RU"/>
              </w:rPr>
              <w:t>-16 часов</w:t>
            </w: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2A2B4F">
              <w:rPr>
                <w:rFonts w:ascii="Times New Roman" w:eastAsiaTheme="minorHAnsi" w:hAnsi="Times New Roman"/>
                <w:szCs w:val="24"/>
                <w:lang w:eastAsia="en-US"/>
              </w:rPr>
              <w:t>1.</w:t>
            </w:r>
          </w:p>
        </w:tc>
        <w:tc>
          <w:tcPr>
            <w:tcW w:w="11148" w:type="dxa"/>
          </w:tcPr>
          <w:p w:rsidR="00CD1883" w:rsidRPr="001D0265" w:rsidRDefault="00CD1883" w:rsidP="00AC7998">
            <w:pPr>
              <w:ind w:leftChars="-10" w:left="-24" w:rightChars="-10" w:right="-24"/>
              <w:jc w:val="both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Татарстан – моя Родина.Общая информация о Татарстане</w:t>
            </w:r>
            <w:r>
              <w:rPr>
                <w:rFonts w:ascii="Times New Roman" w:eastAsiaTheme="minorEastAsia" w:hAnsi="Times New Roman"/>
                <w:szCs w:val="24"/>
                <w:lang w:val="tt-RU"/>
              </w:rPr>
              <w:t>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Татарский язык как зеркало национальной культуры и истории татарского народа. Количественные и порядковые числительные.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  <w:vAlign w:val="center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Географическое положение, население, климат Татарстана. Простое предложение. Способы выражения подлежащего и сказуемого.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  <w:vAlign w:val="center"/>
          </w:tcPr>
          <w:p w:rsidR="00CD1883" w:rsidRPr="002A2B4F" w:rsidRDefault="00CD1883" w:rsidP="00AC7998">
            <w:pPr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Монолог на тему «Природа Татарстана</w:t>
            </w:r>
            <w:r w:rsidRPr="002A2B4F">
              <w:rPr>
                <w:rFonts w:ascii="Times New Roman" w:hAnsi="Times New Roman"/>
                <w:color w:val="000000"/>
                <w:szCs w:val="24"/>
                <w:lang w:bidi="ru-RU"/>
              </w:rPr>
              <w:t>»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>. Глагол. Изъявительное наклонение. Настоящее, прошедшее время глагола.  Спряжение глагола в утвердительной и отрицательной формах.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  <w:vAlign w:val="center"/>
          </w:tcPr>
          <w:p w:rsidR="00CD1883" w:rsidRPr="002A2B4F" w:rsidRDefault="00CD1883" w:rsidP="00AC7998">
            <w:pPr>
              <w:rPr>
                <w:rFonts w:ascii="Times New Roman" w:hAnsi="Times New Roman"/>
                <w:szCs w:val="24"/>
                <w:lang w:val="en-US"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Животный и растительный мир Татарстана. </w:t>
            </w:r>
            <w:r w:rsidRPr="002A2B4F">
              <w:rPr>
                <w:rFonts w:ascii="Times New Roman" w:hAnsi="Times New Roman"/>
                <w:szCs w:val="24"/>
                <w:lang w:val="en-US" w:bidi="ru-RU"/>
              </w:rPr>
              <w:t>Имя прилагательное. Степени прилагательных..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Казань – столица Татарстана. Достопримечательности столицы, музеи, театры, места отдыха. Производные прилагательные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Татарстан – республика нефти.  Главные и второстепенные члены предложения.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CD1883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Татарское музыкальное искусство. Основные виды сложных предложений.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CD1883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Работа над текстом «Александр Ключарев - композитор». Союзы. Собирательные союзы: </w:t>
            </w:r>
            <w:r w:rsidRPr="002A2B4F">
              <w:rPr>
                <w:rFonts w:ascii="Times New Roman" w:hAnsi="Times New Roman"/>
                <w:i/>
                <w:szCs w:val="24"/>
                <w:lang w:bidi="ru-RU"/>
              </w:rPr>
              <w:t>һәм, да – дә, та – тә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; противительные союзы: </w:t>
            </w:r>
            <w:r w:rsidRPr="002A2B4F">
              <w:rPr>
                <w:rFonts w:ascii="Times New Roman" w:hAnsi="Times New Roman"/>
                <w:i/>
                <w:szCs w:val="24"/>
                <w:lang w:bidi="ru-RU"/>
              </w:rPr>
              <w:t>ләкин, тик, әмма, ә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>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28.09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Татарский известный композитор София Гобайдуллина.</w:t>
            </w:r>
            <w:r w:rsidRPr="002A2B4F">
              <w:rPr>
                <w:rFonts w:ascii="Times New Roman" w:hAnsi="Times New Roman"/>
                <w:iCs/>
                <w:szCs w:val="24"/>
                <w:lang w:bidi="ru-RU"/>
              </w:rPr>
              <w:t xml:space="preserve"> Имя существительное. 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>Изменение существительных по падежам и принадлежности.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en-US"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Текст «В мире театрального искусства».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5645A1">
              <w:rPr>
                <w:rFonts w:ascii="Times New Roman" w:hAnsi="Times New Roman"/>
                <w:szCs w:val="24"/>
                <w:lang w:bidi="ru-RU"/>
              </w:rPr>
              <w:t xml:space="preserve">Подчинительные союзы: </w:t>
            </w:r>
            <w:r w:rsidRPr="005645A1">
              <w:rPr>
                <w:rFonts w:ascii="Times New Roman" w:hAnsi="Times New Roman"/>
                <w:i/>
                <w:szCs w:val="24"/>
                <w:lang w:bidi="ru-RU"/>
              </w:rPr>
              <w:t>чөнки, әгәр</w:t>
            </w:r>
            <w:r>
              <w:rPr>
                <w:rFonts w:ascii="Times New Roman" w:hAnsi="Times New Roman"/>
                <w:szCs w:val="24"/>
                <w:lang w:bidi="ru-RU"/>
              </w:rPr>
              <w:t xml:space="preserve">. 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>Поговорим о татарском знаменитом драматурге Туфане Миннуллине.</w:t>
            </w:r>
            <w:r w:rsidRPr="002A2B4F">
              <w:rPr>
                <w:rFonts w:ascii="Times New Roman" w:eastAsiaTheme="minorEastAsia" w:hAnsi="Times New Roman"/>
                <w:bCs/>
                <w:iCs/>
                <w:spacing w:val="-2"/>
                <w:szCs w:val="24"/>
              </w:rPr>
              <w:t xml:space="preserve"> Сложноподчиненное предложение и его </w:t>
            </w:r>
            <w:r w:rsidRPr="002A2B4F">
              <w:rPr>
                <w:rFonts w:ascii="Times New Roman" w:eastAsiaTheme="minorEastAsia" w:hAnsi="Times New Roman"/>
                <w:bCs/>
                <w:iCs/>
                <w:szCs w:val="24"/>
              </w:rPr>
              <w:t>особенности.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5.10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5645A1" w:rsidRDefault="00CD1883" w:rsidP="00AC7998">
            <w:pPr>
              <w:ind w:leftChars="-10" w:left="-24" w:rightChars="-10" w:right="-24"/>
              <w:rPr>
                <w:rFonts w:ascii="Times New Roman" w:hAnsi="Times New Roman"/>
                <w:b/>
                <w:bCs/>
                <w:szCs w:val="24"/>
                <w:lang w:eastAsia="en-US" w:bidi="ru-RU"/>
              </w:rPr>
            </w:pPr>
            <w:r w:rsidRPr="005645A1">
              <w:rPr>
                <w:rFonts w:ascii="Times New Roman" w:hAnsi="Times New Roman"/>
                <w:b/>
                <w:bCs/>
                <w:szCs w:val="24"/>
                <w:lang w:eastAsia="en-US" w:bidi="ru-RU"/>
              </w:rPr>
              <w:t xml:space="preserve">Контрольная работа №1. 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5645A1">
              <w:rPr>
                <w:rFonts w:ascii="Times New Roman" w:hAnsi="Times New Roman"/>
                <w:b/>
                <w:bCs/>
                <w:szCs w:val="24"/>
                <w:lang w:bidi="ru-RU"/>
              </w:rPr>
              <w:t>Работа над ошибками.</w:t>
            </w:r>
            <w:r>
              <w:rPr>
                <w:rFonts w:ascii="Times New Roman" w:hAnsi="Times New Roman"/>
                <w:szCs w:val="24"/>
                <w:lang w:bidi="ru-RU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Работа над текстом «Александр Ключарев - композитор». Союзы. Собирательные союзы: </w:t>
            </w:r>
            <w:r w:rsidRPr="002A2B4F">
              <w:rPr>
                <w:rFonts w:ascii="Times New Roman" w:hAnsi="Times New Roman"/>
                <w:i/>
                <w:szCs w:val="24"/>
                <w:lang w:bidi="ru-RU"/>
              </w:rPr>
              <w:t>һәм, да – дә, та – тә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; противительные союзы: </w:t>
            </w:r>
            <w:r w:rsidRPr="002A2B4F">
              <w:rPr>
                <w:rFonts w:ascii="Times New Roman" w:hAnsi="Times New Roman"/>
                <w:i/>
                <w:szCs w:val="24"/>
                <w:lang w:bidi="ru-RU"/>
              </w:rPr>
              <w:t>ләкин, тик, әмма, ә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>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12.10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b/>
                <w:bCs/>
                <w:color w:val="000000"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szCs w:val="24"/>
              </w:rPr>
              <w:t xml:space="preserve">Выходные дни. </w:t>
            </w:r>
            <w:r w:rsidRPr="002A2B4F">
              <w:rPr>
                <w:rFonts w:ascii="Times New Roman" w:eastAsiaTheme="minorEastAsia" w:hAnsi="Times New Roman"/>
                <w:szCs w:val="24"/>
              </w:rPr>
              <w:t>Места отдыха (кино, театр, парк, кафе). Глагол повелительного и желательного наклонения.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hAnsi="Times New Roman"/>
                <w:szCs w:val="24"/>
                <w:lang w:val="tt-RU"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Национальные праздники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Местоимение. Личные, вопросительные, указательные (</w:t>
            </w:r>
            <w:r w:rsidRPr="002A2B4F">
              <w:rPr>
                <w:rFonts w:ascii="Times New Roman" w:eastAsiaTheme="minorEastAsia" w:hAnsi="Times New Roman"/>
                <w:i/>
                <w:szCs w:val="24"/>
              </w:rPr>
              <w:t>бу, әнә, теге, менә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), отрицательные </w:t>
            </w:r>
            <w:r w:rsidRPr="002A2B4F">
              <w:rPr>
                <w:rFonts w:ascii="Times New Roman" w:eastAsiaTheme="minorEastAsia" w:hAnsi="Times New Roman"/>
                <w:i/>
                <w:szCs w:val="24"/>
              </w:rPr>
              <w:t xml:space="preserve">(беркем, бернәрсә, һичкем) </w:t>
            </w:r>
            <w:r w:rsidRPr="002A2B4F">
              <w:rPr>
                <w:rFonts w:ascii="Times New Roman" w:eastAsiaTheme="minorEastAsia" w:hAnsi="Times New Roman"/>
                <w:szCs w:val="24"/>
              </w:rPr>
              <w:t>местоимения.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19.10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val="tt-RU" w:eastAsia="en-US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Газеты и журналы выходящие в Татарстане. </w:t>
            </w:r>
            <w:r w:rsidRPr="002A2B4F">
              <w:rPr>
                <w:rFonts w:ascii="Times New Roman" w:hAnsi="Times New Roman"/>
                <w:szCs w:val="24"/>
                <w:lang w:val="en-US" w:bidi="ru-RU"/>
              </w:rPr>
              <w:t>Будущее время глагола.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hAnsi="Times New Roman"/>
                <w:color w:val="000000"/>
                <w:szCs w:val="24"/>
                <w:lang w:bidi="ru-RU"/>
              </w:rPr>
              <w:t>Республика Татарстан. Ситуативные упражнения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 Глагол. </w:t>
            </w:r>
            <w:r w:rsidRPr="002A2B4F">
              <w:rPr>
                <w:rFonts w:ascii="Times New Roman" w:hAnsi="Times New Roman"/>
                <w:szCs w:val="24"/>
                <w:lang w:val="en-US" w:bidi="ru-RU"/>
              </w:rPr>
              <w:t>Изъявительное наклонение.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26.10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BB1DD0">
        <w:tc>
          <w:tcPr>
            <w:tcW w:w="14709" w:type="dxa"/>
            <w:gridSpan w:val="4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b/>
                <w:color w:val="000000"/>
                <w:szCs w:val="24"/>
                <w:lang w:bidi="ru-RU"/>
              </w:rPr>
              <w:t>Мир моих увлечений</w:t>
            </w:r>
            <w:r>
              <w:rPr>
                <w:rFonts w:ascii="Times New Roman" w:hAnsi="Times New Roman"/>
                <w:b/>
                <w:color w:val="000000"/>
                <w:szCs w:val="24"/>
                <w:lang w:val="tt-RU" w:bidi="ru-RU"/>
              </w:rPr>
              <w:t>-10 часов</w:t>
            </w: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CD1883" w:rsidRPr="00224470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tt-RU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Лексико-грамматический материал по теме «Выбор профессии». </w:t>
            </w:r>
            <w:r w:rsidRPr="002A2B4F">
              <w:rPr>
                <w:rFonts w:ascii="Times New Roman" w:hAnsi="Times New Roman"/>
                <w:color w:val="000000"/>
                <w:szCs w:val="24"/>
                <w:lang w:bidi="ru-RU"/>
              </w:rPr>
              <w:t>Главные придаточные предложения. Сложноподчиненные</w:t>
            </w:r>
          </w:p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предложения и его особенности. Аналитические сложноподчиненные предложения с придаточными времени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1D0265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color w:val="000000"/>
                <w:szCs w:val="24"/>
                <w:lang w:bidi="ru-RU"/>
              </w:rPr>
              <w:t>Работа над текстом «В мире профессий».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 </w:t>
            </w:r>
            <w:r w:rsidRPr="001D0265">
              <w:rPr>
                <w:rFonts w:ascii="Times New Roman" w:hAnsi="Times New Roman"/>
                <w:szCs w:val="24"/>
                <w:lang w:bidi="ru-RU"/>
              </w:rPr>
              <w:t xml:space="preserve">Местоимение. Личные, вопросительные </w:t>
            </w:r>
            <w:r w:rsidRPr="001D0265">
              <w:rPr>
                <w:rFonts w:ascii="Times New Roman" w:hAnsi="Times New Roman"/>
                <w:i/>
                <w:szCs w:val="24"/>
                <w:lang w:bidi="ru-RU"/>
              </w:rPr>
              <w:t xml:space="preserve"> </w:t>
            </w:r>
            <w:r w:rsidRPr="001D0265">
              <w:rPr>
                <w:rFonts w:ascii="Times New Roman" w:hAnsi="Times New Roman"/>
                <w:szCs w:val="24"/>
                <w:lang w:bidi="ru-RU"/>
              </w:rPr>
              <w:t>местоимения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9.11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Синтетические сложноподчиненные предложения с придаточными времени.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«Выбор профессии– ответственное дело» Особенности ударения в глаголах повелительного наклонения.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1D0265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Колледжи, техникумы, специальности  в регионе своего проживания. </w:t>
            </w:r>
            <w:r w:rsidRPr="001D0265">
              <w:rPr>
                <w:rFonts w:ascii="Times New Roman" w:eastAsiaTheme="minorEastAsia" w:hAnsi="Times New Roman"/>
                <w:szCs w:val="24"/>
              </w:rPr>
              <w:t>Изменение существительных по падежам и принадлежности.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en-US" w:eastAsia="en-US" w:bidi="ru-RU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Лексико-грамматический материал текста Р. Валиевой «Гомәр һәм һөнәр» / «Выбор профессии». </w:t>
            </w:r>
            <w:r w:rsidRPr="002A2B4F">
              <w:rPr>
                <w:rFonts w:ascii="Times New Roman" w:hAnsi="Times New Roman"/>
                <w:szCs w:val="24"/>
                <w:lang w:val="en-US" w:bidi="ru-RU"/>
              </w:rPr>
              <w:t>Глагол условного наклонения.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b/>
                <w:szCs w:val="24"/>
                <w:lang w:bidi="ru-RU"/>
              </w:rPr>
              <w:t>Контрольная работа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 </w:t>
            </w:r>
            <w:r w:rsidRPr="005645A1">
              <w:rPr>
                <w:rFonts w:ascii="Times New Roman" w:hAnsi="Times New Roman"/>
                <w:b/>
                <w:bCs/>
                <w:szCs w:val="24"/>
                <w:lang w:bidi="ru-RU"/>
              </w:rPr>
              <w:t>№2.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val="en-US" w:eastAsia="en-US" w:bidi="ru-RU"/>
              </w:rPr>
            </w:pPr>
            <w:r w:rsidRPr="005645A1">
              <w:rPr>
                <w:rFonts w:ascii="Times New Roman" w:hAnsi="Times New Roman"/>
                <w:b/>
                <w:bCs/>
                <w:szCs w:val="24"/>
                <w:lang w:bidi="ru-RU"/>
              </w:rPr>
              <w:t>Работа над ошибками.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 Диалог «Кем я хочу стать?» </w:t>
            </w:r>
            <w:r w:rsidRPr="002A2B4F">
              <w:rPr>
                <w:rFonts w:ascii="Times New Roman" w:hAnsi="Times New Roman"/>
                <w:szCs w:val="24"/>
                <w:lang w:val="en-US" w:bidi="ru-RU"/>
              </w:rPr>
              <w:t xml:space="preserve">Склонение существительных по падежам. 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30.11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«Учитель – это звучит гордо». Глагол изъявительного наклонения.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6.12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Default="00CD1883" w:rsidP="00AC7998">
            <w:pPr>
              <w:ind w:rightChars="-10" w:right="-24"/>
              <w:rPr>
                <w:rFonts w:ascii="Times New Roman" w:eastAsiaTheme="minorEastAsia" w:hAnsi="Times New Roman"/>
                <w:szCs w:val="24"/>
              </w:rPr>
            </w:pPr>
            <w:r w:rsidRPr="002A2B4F">
              <w:rPr>
                <w:rFonts w:ascii="Times New Roman" w:hAnsi="Times New Roman"/>
                <w:szCs w:val="24"/>
              </w:rPr>
              <w:t>Профессия врача. Аналитические сложноподчиненные предложения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с придаточными места.</w:t>
            </w:r>
          </w:p>
          <w:p w:rsidR="00CD1883" w:rsidRPr="002A2B4F" w:rsidRDefault="00CD1883" w:rsidP="00AC7998">
            <w:pPr>
              <w:ind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b/>
                <w:bCs/>
                <w:color w:val="000000"/>
                <w:szCs w:val="24"/>
              </w:rPr>
              <w:lastRenderedPageBreak/>
              <w:t xml:space="preserve"> Проектная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 работа на тему «Все работы хороши...».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lastRenderedPageBreak/>
              <w:t>7.12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BB1DD0">
        <w:tc>
          <w:tcPr>
            <w:tcW w:w="14709" w:type="dxa"/>
            <w:gridSpan w:val="4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hAnsi="Times New Roman"/>
                <w:b/>
                <w:szCs w:val="24"/>
              </w:rPr>
              <w:lastRenderedPageBreak/>
              <w:t>Мир моего «Я»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>-9 часов</w:t>
            </w: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Диалог на тему «Здоровье - богатство». Имя действия.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13.12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  <w:shd w:val="clear" w:color="auto" w:fill="FFFFFF"/>
              </w:rPr>
              <w:t xml:space="preserve">Здоровый образ жизни. </w:t>
            </w:r>
            <w:r w:rsidRPr="002A2B4F">
              <w:rPr>
                <w:rFonts w:ascii="Times New Roman" w:eastAsiaTheme="minorEastAsia" w:hAnsi="Times New Roman"/>
                <w:szCs w:val="24"/>
              </w:rPr>
              <w:t>Типы предложений по цели высказывания.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bCs/>
                <w:szCs w:val="24"/>
              </w:rPr>
              <w:t>Монолог</w:t>
            </w:r>
            <w:r w:rsidRPr="002A2B4F">
              <w:rPr>
                <w:rFonts w:ascii="Times New Roman" w:eastAsiaTheme="minorEastAsia" w:hAnsi="Times New Roman"/>
                <w:b/>
                <w:bCs/>
                <w:szCs w:val="24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</w:rPr>
              <w:t>по картине «Хлеб – не игрушка».</w:t>
            </w:r>
            <w:r w:rsidRPr="002A2B4F">
              <w:rPr>
                <w:rFonts w:ascii="Times New Roman" w:hAnsi="Times New Roman"/>
                <w:szCs w:val="24"/>
              </w:rPr>
              <w:t xml:space="preserve"> Сложноподчиненные предложения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с придаточными цели.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20.12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Зимние и летние виды спорта.</w:t>
            </w:r>
            <w:r w:rsidRPr="002A2B4F">
              <w:rPr>
                <w:rFonts w:ascii="Times New Roman" w:hAnsi="Times New Roman"/>
                <w:szCs w:val="24"/>
              </w:rPr>
              <w:t xml:space="preserve"> Сложноподчиненные предложения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с придаточными причины.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rightChars="-10" w:right="-24"/>
              <w:rPr>
                <w:rFonts w:ascii="Times New Roman" w:hAnsi="Times New Roman"/>
                <w:b/>
                <w:bCs/>
                <w:color w:val="FFFF00"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Диалогическая речь «Любимый вид спорта». Желательное наклонение. Формы 1 лица ед. и мн. числа глаголов желательного наклонения.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27.12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  <w:vAlign w:val="center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b/>
                <w:bCs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szCs w:val="24"/>
              </w:rPr>
              <w:t>“Вредные привычки”. Беседа на тему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«Спорт и отдых». Синтетические сложноподчинённые предложения с придаточными условия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28.12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 xml:space="preserve"> Современные спортивные сооружения. Повелительное наклонение. 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b/>
                <w:bCs/>
                <w:szCs w:val="24"/>
                <w:lang w:eastAsia="en-US" w:bidi="ru-RU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 xml:space="preserve">Спортивные соревнования в школе. Синтетические сложноподчинённые предложения с придаточными уступки. Знаменитые татарские спортсмены. Международный спорт. 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>Причастие.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5645A1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b/>
                <w:bCs/>
                <w:szCs w:val="24"/>
                <w:lang w:val="en-US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5645A1">
              <w:rPr>
                <w:rFonts w:ascii="Times New Roman" w:eastAsiaTheme="minorEastAsia" w:hAnsi="Times New Roman"/>
                <w:b/>
                <w:bCs/>
                <w:szCs w:val="24"/>
              </w:rPr>
              <w:t xml:space="preserve">Контрольная работа №3. 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25.01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BB1DD0">
        <w:tc>
          <w:tcPr>
            <w:tcW w:w="14709" w:type="dxa"/>
            <w:gridSpan w:val="4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b/>
                <w:szCs w:val="24"/>
              </w:rPr>
              <w:t>Мир вокруг меня</w:t>
            </w:r>
            <w:r>
              <w:rPr>
                <w:rFonts w:ascii="Times New Roman" w:eastAsiaTheme="minorEastAsia" w:hAnsi="Times New Roman"/>
                <w:b/>
                <w:szCs w:val="24"/>
                <w:lang w:val="tt-RU"/>
              </w:rPr>
              <w:t>-16 часов</w:t>
            </w: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  <w:vAlign w:val="center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val="en-US" w:eastAsia="en-US"/>
              </w:rPr>
            </w:pPr>
            <w:r w:rsidRPr="005645A1">
              <w:rPr>
                <w:rFonts w:ascii="Times New Roman" w:hAnsi="Times New Roman"/>
                <w:b/>
                <w:bCs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2A2B4F">
              <w:rPr>
                <w:rFonts w:ascii="Times New Roman" w:hAnsi="Times New Roman"/>
                <w:szCs w:val="24"/>
              </w:rPr>
              <w:t>Различные способы виртуального общения. Составление рассказа «Вред и польза Интернета».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>Использование в речи модальных смысловых суждений, выражающих желание.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1.02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  <w:shd w:val="clear" w:color="auto" w:fill="FFFFFF"/>
              </w:rPr>
              <w:t>Поколение высоких технологий. «Гаджет».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Типы предложений по цели высказывания.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8.02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  <w:shd w:val="clear" w:color="auto" w:fill="FFFFFF"/>
              </w:rPr>
              <w:t>Диалог на тему «</w:t>
            </w:r>
            <w:r w:rsidRPr="002A2B4F">
              <w:rPr>
                <w:rFonts w:ascii="Times New Roman" w:hAnsi="Times New Roman"/>
                <w:szCs w:val="24"/>
              </w:rPr>
              <w:t>Привязанность к компьютеру».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>Имя действия.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15.02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  <w:shd w:val="clear" w:color="auto" w:fill="FFFFFF"/>
              </w:rPr>
              <w:t>Монолог на тему «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Рецепты здоровья».  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 xml:space="preserve">Деепричастие. 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22.02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color w:val="000000"/>
                <w:szCs w:val="24"/>
                <w:shd w:val="clear" w:color="auto" w:fill="FFFFFF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«Спорт и здоровье». Си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>туативные упражнения.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29.02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b/>
                <w:szCs w:val="24"/>
                <w:lang w:val="en-US" w:eastAsia="en-US"/>
              </w:rPr>
            </w:pPr>
            <w:r w:rsidRPr="002A2B4F">
              <w:rPr>
                <w:rFonts w:ascii="Times New Roman" w:hAnsi="Times New Roman"/>
                <w:szCs w:val="24"/>
                <w:lang w:val="en-US"/>
              </w:rPr>
              <w:t xml:space="preserve">Моё свободное время. </w:t>
            </w: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>Наречие.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7.03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val="en-US" w:eastAsia="en-US"/>
              </w:rPr>
            </w:pPr>
            <w:r w:rsidRPr="002A2B4F">
              <w:rPr>
                <w:rFonts w:ascii="Times New Roman" w:eastAsiaTheme="minorEastAsia" w:hAnsi="Times New Roman"/>
                <w:szCs w:val="24"/>
                <w:lang w:val="en-US"/>
              </w:rPr>
              <w:t>Любимые занятия. Местоимение.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14.03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</w:rPr>
              <w:t>Различные способы виртуального общения.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Изъявительное наклонение.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21.03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eastAsiaTheme="minorEastAsia" w:hAnsi="Times New Roman"/>
                <w:szCs w:val="24"/>
                <w:lang w:eastAsia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  <w:shd w:val="clear" w:color="auto" w:fill="FFFFFF"/>
              </w:rPr>
              <w:t>Обобщение темы</w:t>
            </w:r>
            <w:r w:rsidRPr="002A2B4F">
              <w:rPr>
                <w:rFonts w:ascii="Times New Roman" w:eastAsiaTheme="minorEastAsia" w:hAnsi="Times New Roman"/>
                <w:szCs w:val="24"/>
              </w:rPr>
              <w:t xml:space="preserve"> «Спорт и здоровье». </w:t>
            </w:r>
            <w:r w:rsidRPr="002A2B4F">
              <w:rPr>
                <w:rFonts w:ascii="Times New Roman" w:hAnsi="Times New Roman"/>
                <w:szCs w:val="24"/>
              </w:rPr>
              <w:t xml:space="preserve">Мои любимые фильмы. </w:t>
            </w:r>
            <w:r w:rsidRPr="002A2B4F">
              <w:rPr>
                <w:rFonts w:ascii="Times New Roman" w:eastAsiaTheme="minorEastAsia" w:hAnsi="Times New Roman"/>
                <w:szCs w:val="24"/>
              </w:rPr>
              <w:t>Условное наклонение.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4.04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>Татарстан в годы Великой Отечественной войны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11.04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424BE2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Текст «Кто такие джалиловцы?»Муса Джалиль, Андре Тимерманс. </w:t>
            </w:r>
            <w:r w:rsidRPr="00424BE2">
              <w:rPr>
                <w:rFonts w:ascii="Times New Roman" w:hAnsi="Times New Roman"/>
                <w:szCs w:val="24"/>
                <w:lang w:bidi="ru-RU"/>
              </w:rPr>
              <w:t>Моабитские тетради.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18.04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eastAsiaTheme="minorEastAsia" w:hAnsi="Times New Roman"/>
                <w:szCs w:val="24"/>
              </w:rPr>
            </w:pPr>
            <w:r w:rsidRPr="002A2B4F">
              <w:rPr>
                <w:rFonts w:ascii="Times New Roman" w:eastAsiaTheme="minorEastAsia" w:hAnsi="Times New Roman"/>
                <w:szCs w:val="24"/>
              </w:rPr>
              <w:t>Харис Якупов –  известный художник.  Подчинительные союзы: чөнки, әгәр.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25.04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CD1883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jc w:val="both"/>
              <w:rPr>
                <w:rFonts w:ascii="Times New Roman" w:eastAsiaTheme="minorEastAsia" w:hAnsi="Times New Roman"/>
                <w:szCs w:val="24"/>
                <w:lang w:val="en-US"/>
              </w:rPr>
            </w:pPr>
            <w:r w:rsidRPr="002A2B4F">
              <w:rPr>
                <w:rFonts w:ascii="Times New Roman" w:eastAsiaTheme="minorEastAsia" w:hAnsi="Times New Roman"/>
                <w:color w:val="000000"/>
                <w:szCs w:val="24"/>
              </w:rPr>
              <w:t xml:space="preserve">Творческая работа по картине Х . </w:t>
            </w:r>
            <w:r w:rsidRPr="002A2B4F">
              <w:rPr>
                <w:rFonts w:ascii="Times New Roman" w:eastAsiaTheme="minorEastAsia" w:hAnsi="Times New Roman"/>
                <w:color w:val="000000"/>
                <w:szCs w:val="24"/>
                <w:lang w:val="en-US"/>
              </w:rPr>
              <w:t>Якупова «Перед казнью»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2.05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5645A1" w:rsidRDefault="00CD1883" w:rsidP="00AC7998">
            <w:pPr>
              <w:ind w:leftChars="-10" w:left="-24" w:rightChars="-10" w:right="-2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b/>
                <w:szCs w:val="24"/>
              </w:rPr>
              <w:t>К</w:t>
            </w:r>
            <w:r w:rsidRPr="002A2B4F">
              <w:rPr>
                <w:rFonts w:ascii="Times New Roman" w:eastAsiaTheme="minorEastAsia" w:hAnsi="Times New Roman"/>
                <w:b/>
                <w:szCs w:val="24"/>
                <w:lang w:val="en-US"/>
              </w:rPr>
              <w:t>онтрольная работа</w:t>
            </w:r>
            <w:r>
              <w:rPr>
                <w:rFonts w:ascii="Times New Roman" w:eastAsiaTheme="minorEastAsia" w:hAnsi="Times New Roman"/>
                <w:b/>
                <w:szCs w:val="24"/>
              </w:rPr>
              <w:t xml:space="preserve"> №4.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16.05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  <w:lang w:val="en-US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val="en-US"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/>
              </w:rPr>
            </w:pPr>
            <w:r w:rsidRPr="005645A1">
              <w:rPr>
                <w:rFonts w:ascii="Times New Roman" w:hAnsi="Times New Roman"/>
                <w:b/>
                <w:bCs/>
                <w:szCs w:val="24"/>
                <w:lang w:bidi="ru-RU"/>
              </w:rPr>
              <w:t>Работа над ошибками.</w:t>
            </w:r>
            <w:r w:rsidRPr="002A2B4F">
              <w:rPr>
                <w:rFonts w:ascii="Times New Roman" w:hAnsi="Times New Roman"/>
                <w:szCs w:val="24"/>
                <w:lang w:bidi="ru-RU"/>
              </w:rPr>
              <w:t xml:space="preserve"> Работа над текстом «Летчик М. Сыртланова».и «Мужество»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23.05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  <w:tr w:rsidR="00CD1883" w:rsidRPr="002A2B4F" w:rsidTr="00CD1883">
        <w:tc>
          <w:tcPr>
            <w:tcW w:w="867" w:type="dxa"/>
          </w:tcPr>
          <w:p w:rsidR="00CD1883" w:rsidRPr="002A2B4F" w:rsidRDefault="00CD1883" w:rsidP="00AC7998">
            <w:pPr>
              <w:numPr>
                <w:ilvl w:val="0"/>
                <w:numId w:val="15"/>
              </w:numPr>
              <w:contextualSpacing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11148" w:type="dxa"/>
          </w:tcPr>
          <w:p w:rsidR="00CD1883" w:rsidRPr="002A2B4F" w:rsidRDefault="00CD1883" w:rsidP="00AC7998">
            <w:pPr>
              <w:ind w:leftChars="-10" w:left="-24" w:rightChars="-10" w:right="-24"/>
              <w:rPr>
                <w:rFonts w:ascii="Times New Roman" w:hAnsi="Times New Roman"/>
                <w:szCs w:val="24"/>
                <w:lang w:eastAsia="en-US" w:bidi="ru-RU"/>
              </w:rPr>
            </w:pPr>
            <w:r w:rsidRPr="002A2B4F">
              <w:rPr>
                <w:rFonts w:ascii="Times New Roman" w:hAnsi="Times New Roman"/>
                <w:bCs/>
                <w:szCs w:val="24"/>
                <w:lang w:bidi="ru-RU"/>
              </w:rPr>
              <w:t>День памяти-9 мая. Ветераны и их чествование</w:t>
            </w:r>
          </w:p>
        </w:tc>
        <w:tc>
          <w:tcPr>
            <w:tcW w:w="1276" w:type="dxa"/>
          </w:tcPr>
          <w:p w:rsidR="00CD1883" w:rsidRPr="00224470" w:rsidRDefault="00224470" w:rsidP="00AC7998">
            <w:pPr>
              <w:rPr>
                <w:rFonts w:ascii="Times New Roman" w:eastAsiaTheme="minorEastAsia" w:hAnsi="Times New Roman"/>
                <w:szCs w:val="24"/>
                <w:lang w:val="tt-RU"/>
              </w:rPr>
            </w:pPr>
            <w:r>
              <w:rPr>
                <w:rFonts w:ascii="Times New Roman" w:eastAsiaTheme="minorEastAsia" w:hAnsi="Times New Roman"/>
                <w:szCs w:val="24"/>
                <w:lang w:val="tt-RU"/>
              </w:rPr>
              <w:t>30.05</w:t>
            </w:r>
          </w:p>
        </w:tc>
        <w:tc>
          <w:tcPr>
            <w:tcW w:w="1418" w:type="dxa"/>
          </w:tcPr>
          <w:p w:rsidR="00CD1883" w:rsidRPr="002A2B4F" w:rsidRDefault="00CD1883" w:rsidP="00AC7998">
            <w:pPr>
              <w:rPr>
                <w:rFonts w:ascii="Times New Roman" w:eastAsiaTheme="minorEastAsia" w:hAnsi="Times New Roman"/>
                <w:szCs w:val="24"/>
              </w:rPr>
            </w:pPr>
          </w:p>
        </w:tc>
      </w:tr>
    </w:tbl>
    <w:p w:rsidR="00AC7998" w:rsidRPr="002A2B4F" w:rsidRDefault="00AC7998" w:rsidP="00AC7998">
      <w:pPr>
        <w:spacing w:after="200"/>
        <w:rPr>
          <w:rFonts w:ascii="Times New Roman" w:eastAsiaTheme="minorEastAsia" w:hAnsi="Times New Roman"/>
          <w:b/>
          <w:szCs w:val="24"/>
        </w:rPr>
      </w:pPr>
    </w:p>
    <w:p w:rsidR="00200860" w:rsidRPr="002A2B4F" w:rsidRDefault="00200860" w:rsidP="00200860">
      <w:pPr>
        <w:jc w:val="center"/>
        <w:rPr>
          <w:rFonts w:ascii="Times New Roman" w:hAnsi="Times New Roman"/>
          <w:b/>
          <w:szCs w:val="24"/>
          <w:lang w:val="tt-RU"/>
        </w:rPr>
      </w:pPr>
    </w:p>
    <w:p w:rsidR="00200860" w:rsidRPr="002A2B4F" w:rsidRDefault="00200860" w:rsidP="00224470">
      <w:pPr>
        <w:rPr>
          <w:rFonts w:ascii="Times New Roman" w:hAnsi="Times New Roman"/>
          <w:b/>
          <w:szCs w:val="24"/>
          <w:lang w:val="tt-RU"/>
        </w:rPr>
        <w:sectPr w:rsidR="00200860" w:rsidRPr="002A2B4F" w:rsidSect="000514CE">
          <w:pgSz w:w="16838" w:h="11906" w:orient="landscape"/>
          <w:pgMar w:top="1418" w:right="1134" w:bottom="851" w:left="1418" w:header="709" w:footer="709" w:gutter="0"/>
          <w:cols w:space="708"/>
          <w:docGrid w:linePitch="360"/>
        </w:sectPr>
      </w:pPr>
      <w:bookmarkStart w:id="4" w:name="_GoBack"/>
      <w:bookmarkEnd w:id="4"/>
    </w:p>
    <w:p w:rsidR="003C0CCB" w:rsidRPr="002A2B4F" w:rsidRDefault="003C0CCB" w:rsidP="001A76E8">
      <w:pPr>
        <w:autoSpaceDE w:val="0"/>
        <w:autoSpaceDN w:val="0"/>
        <w:rPr>
          <w:rFonts w:ascii="Times New Roman" w:hAnsi="Times New Roman"/>
          <w:b/>
          <w:color w:val="000000"/>
          <w:szCs w:val="24"/>
        </w:rPr>
      </w:pPr>
    </w:p>
    <w:p w:rsidR="003C0CCB" w:rsidRPr="002A2B4F" w:rsidRDefault="003C0CCB" w:rsidP="003C0CCB">
      <w:pPr>
        <w:suppressAutoHyphens/>
        <w:ind w:right="283"/>
        <w:jc w:val="center"/>
        <w:rPr>
          <w:rFonts w:ascii="Times New Roman" w:hAnsi="Times New Roman"/>
          <w:b/>
          <w:bCs/>
          <w:szCs w:val="24"/>
        </w:rPr>
      </w:pPr>
      <w:r w:rsidRPr="002A2B4F">
        <w:rPr>
          <w:rFonts w:ascii="Times New Roman" w:hAnsi="Times New Roman"/>
          <w:b/>
          <w:bCs/>
          <w:szCs w:val="24"/>
        </w:rPr>
        <w:t>УЧЕБНО-МЕТОДИЧЕСКОЕ ОБЕСПЕЧЕНИЕ ОБРАЗОВАТЕЛЬНОГО ПРОЦЕССА</w:t>
      </w:r>
    </w:p>
    <w:p w:rsidR="003C0CCB" w:rsidRPr="002A2B4F" w:rsidRDefault="003C0CCB" w:rsidP="003C0CCB">
      <w:pPr>
        <w:suppressAutoHyphens/>
        <w:ind w:right="283"/>
        <w:jc w:val="center"/>
        <w:rPr>
          <w:rFonts w:ascii="Times New Roman" w:hAnsi="Times New Roman"/>
          <w:b/>
          <w:bCs/>
          <w:szCs w:val="24"/>
        </w:rPr>
      </w:pPr>
    </w:p>
    <w:p w:rsidR="003C0CCB" w:rsidRPr="002A2B4F" w:rsidRDefault="003C0CCB" w:rsidP="003C0CCB">
      <w:pPr>
        <w:rPr>
          <w:rFonts w:ascii="Times New Roman" w:hAnsi="Times New Roman"/>
          <w:b/>
          <w:color w:val="000000"/>
          <w:szCs w:val="24"/>
        </w:rPr>
      </w:pPr>
      <w:r w:rsidRPr="002A2B4F">
        <w:rPr>
          <w:rFonts w:ascii="Times New Roman" w:hAnsi="Times New Roman"/>
          <w:b/>
          <w:color w:val="000000"/>
          <w:szCs w:val="24"/>
        </w:rPr>
        <w:t>ОБЯЗАТЕЛЬНЫЕ УЧЕБНЫЕ МАТЕРИАЛЫ ДЛЯ УЧЕНИКА</w:t>
      </w:r>
    </w:p>
    <w:p w:rsidR="00867BDB" w:rsidRPr="002A2B4F" w:rsidRDefault="00867BD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color w:val="000000"/>
          <w:szCs w:val="24"/>
        </w:rPr>
        <w:t xml:space="preserve">Татарский язык. </w:t>
      </w:r>
      <w:r w:rsidR="003C0CCB" w:rsidRPr="002A2B4F">
        <w:rPr>
          <w:rFonts w:ascii="Times New Roman" w:hAnsi="Times New Roman"/>
          <w:color w:val="000000"/>
          <w:szCs w:val="24"/>
        </w:rPr>
        <w:t xml:space="preserve">5 класс. Учебное пособие. </w:t>
      </w:r>
      <w:r w:rsidRPr="002A2B4F">
        <w:rPr>
          <w:rFonts w:ascii="Times New Roman" w:hAnsi="Times New Roman"/>
          <w:szCs w:val="24"/>
        </w:rPr>
        <w:t>Р.З Хайдарова, Г.М.Ахметзянова. Казань Издательство «Татармультфильм» 2017.</w:t>
      </w:r>
    </w:p>
    <w:p w:rsidR="00867BDB" w:rsidRPr="002A2B4F" w:rsidRDefault="00867BDB" w:rsidP="00867BD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color w:val="000000"/>
          <w:szCs w:val="24"/>
        </w:rPr>
        <w:t xml:space="preserve">Татарский язык. 6 класс. Учебное пособие. </w:t>
      </w:r>
      <w:r w:rsidRPr="002A2B4F">
        <w:rPr>
          <w:rFonts w:ascii="Times New Roman" w:hAnsi="Times New Roman"/>
          <w:szCs w:val="24"/>
        </w:rPr>
        <w:t>Р.З Хайдарова, З.Р.Назипова. Казань Издательство «Татармультфильм» 2017</w:t>
      </w:r>
    </w:p>
    <w:p w:rsidR="00867BDB" w:rsidRPr="002A2B4F" w:rsidRDefault="00867BDB" w:rsidP="00867BD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color w:val="000000"/>
          <w:szCs w:val="24"/>
        </w:rPr>
        <w:t xml:space="preserve">Татарский язык. 7 класс. Учебное пособие. </w:t>
      </w:r>
      <w:r w:rsidRPr="002A2B4F">
        <w:rPr>
          <w:rFonts w:ascii="Times New Roman" w:hAnsi="Times New Roman"/>
          <w:szCs w:val="24"/>
        </w:rPr>
        <w:t>Р.З Хайдарова, Р.Л.Малафеева. Казань Издательство «Татармультфильм» 2017</w:t>
      </w:r>
    </w:p>
    <w:p w:rsidR="00867BDB" w:rsidRPr="002A2B4F" w:rsidRDefault="00867BDB" w:rsidP="00867BDB">
      <w:pPr>
        <w:rPr>
          <w:rFonts w:ascii="Times New Roman" w:hAnsi="Times New Roman"/>
          <w:szCs w:val="24"/>
          <w:lang w:val="tt-RU"/>
        </w:rPr>
      </w:pPr>
      <w:r w:rsidRPr="002A2B4F">
        <w:rPr>
          <w:rFonts w:ascii="Times New Roman" w:hAnsi="Times New Roman"/>
          <w:color w:val="000000"/>
          <w:szCs w:val="24"/>
        </w:rPr>
        <w:t xml:space="preserve">Татарский язык. 8 класс. Учебное пособие. </w:t>
      </w:r>
      <w:r w:rsidRPr="002A2B4F">
        <w:rPr>
          <w:rFonts w:ascii="Times New Roman" w:hAnsi="Times New Roman"/>
          <w:szCs w:val="24"/>
        </w:rPr>
        <w:t>Р.З Хайдарова, Р.Л.Малафеева. Казань Издательство «Татармультфильм» 2021</w:t>
      </w:r>
    </w:p>
    <w:p w:rsidR="00867BDB" w:rsidRPr="002A2B4F" w:rsidRDefault="00867BDB" w:rsidP="00867BDB">
      <w:pPr>
        <w:rPr>
          <w:rFonts w:ascii="Times New Roman" w:hAnsi="Times New Roman"/>
          <w:szCs w:val="24"/>
          <w:lang w:val="tt-RU"/>
        </w:rPr>
      </w:pPr>
      <w:r w:rsidRPr="002A2B4F">
        <w:rPr>
          <w:rFonts w:ascii="Times New Roman" w:hAnsi="Times New Roman"/>
          <w:color w:val="000000"/>
          <w:szCs w:val="24"/>
        </w:rPr>
        <w:t xml:space="preserve">Татарский язык. 9 класс. Учебное пособие. </w:t>
      </w:r>
      <w:r w:rsidRPr="002A2B4F">
        <w:rPr>
          <w:rFonts w:ascii="Times New Roman" w:hAnsi="Times New Roman"/>
          <w:szCs w:val="24"/>
        </w:rPr>
        <w:t>Р.З Хайдарова, Р.Л.Малафеева. Казань Издательство «Татармультфильм» 2021</w:t>
      </w:r>
    </w:p>
    <w:p w:rsidR="003C0CCB" w:rsidRPr="002A2B4F" w:rsidRDefault="003C0CCB" w:rsidP="003C0CCB">
      <w:pPr>
        <w:rPr>
          <w:rFonts w:ascii="Times New Roman" w:hAnsi="Times New Roman"/>
          <w:szCs w:val="24"/>
          <w:lang w:val="tt-RU"/>
        </w:rPr>
      </w:pPr>
    </w:p>
    <w:p w:rsidR="003C0CCB" w:rsidRPr="002A2B4F" w:rsidRDefault="003C0CCB" w:rsidP="003C0CCB">
      <w:pPr>
        <w:suppressAutoHyphens/>
        <w:jc w:val="both"/>
        <w:rPr>
          <w:rFonts w:ascii="Times New Roman" w:eastAsia="Calibri" w:hAnsi="Times New Roman"/>
          <w:szCs w:val="24"/>
        </w:rPr>
      </w:pPr>
      <w:r w:rsidRPr="002A2B4F">
        <w:rPr>
          <w:rFonts w:ascii="Times New Roman" w:hAnsi="Times New Roman"/>
          <w:color w:val="000000"/>
          <w:szCs w:val="24"/>
        </w:rPr>
        <w:t>‌‌</w:t>
      </w:r>
      <w:r w:rsidRPr="002A2B4F">
        <w:rPr>
          <w:rFonts w:ascii="Times New Roman" w:hAnsi="Times New Roman"/>
          <w:b/>
          <w:color w:val="000000"/>
          <w:szCs w:val="24"/>
        </w:rPr>
        <w:t>МЕТ ОДИЧЕСКИЕ МАТЕРИАЛЫ ДЛЯ УЧИТЕЛЯ</w:t>
      </w:r>
      <w:r w:rsidRPr="002A2B4F">
        <w:rPr>
          <w:rFonts w:ascii="Times New Roman" w:eastAsia="Calibri" w:hAnsi="Times New Roman"/>
          <w:szCs w:val="24"/>
        </w:rPr>
        <w:t xml:space="preserve"> </w:t>
      </w:r>
    </w:p>
    <w:p w:rsidR="003C0CCB" w:rsidRPr="002A2B4F" w:rsidRDefault="00B07167" w:rsidP="00B07167">
      <w:pPr>
        <w:autoSpaceDE w:val="0"/>
        <w:autoSpaceDN w:val="0"/>
        <w:spacing w:before="168"/>
        <w:ind w:right="1728"/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color w:val="000000"/>
          <w:szCs w:val="24"/>
        </w:rPr>
        <w:t>Методическое пособие для учителей/ Казань/ Татармультфильм/ 2014/ Р.З.Хайдарова, Г.М.Ахметзянова</w:t>
      </w:r>
    </w:p>
    <w:p w:rsidR="00B07167" w:rsidRPr="002A2B4F" w:rsidRDefault="00B07167" w:rsidP="003C0CCB">
      <w:pPr>
        <w:rPr>
          <w:rFonts w:ascii="Times New Roman" w:hAnsi="Times New Roman"/>
          <w:b/>
          <w:color w:val="000000"/>
          <w:szCs w:val="24"/>
        </w:rPr>
      </w:pPr>
    </w:p>
    <w:p w:rsidR="003C0CCB" w:rsidRPr="002A2B4F" w:rsidRDefault="003C0CCB" w:rsidP="003C0CCB">
      <w:pPr>
        <w:rPr>
          <w:rFonts w:ascii="Times New Roman" w:hAnsi="Times New Roman"/>
          <w:b/>
          <w:color w:val="000000"/>
          <w:szCs w:val="24"/>
        </w:rPr>
      </w:pPr>
      <w:r w:rsidRPr="002A2B4F">
        <w:rPr>
          <w:rFonts w:ascii="Times New Roman" w:hAnsi="Times New Roman"/>
          <w:b/>
          <w:color w:val="000000"/>
          <w:szCs w:val="24"/>
        </w:rPr>
        <w:t>ЦИФРОВЫЕ ОБРАЗОВАТЕЛЬНЫЕ РЕСУРСЫ И РЕСУРСЫ СЕТИ ИНТЕРНЕТ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Библиотека «Бала»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Среда «Сакла»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 xml:space="preserve">Приложение «Тatarschool» 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Сборник мультфильмов «Таtarcartoon»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Ресурс «Культурный дневник школьника»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Русско-татарский словарь Ганиева Ф.А.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Видеоролик «История Татарстана»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Электронный атлас истории Татарстана и татарского народа «Tatarhistory»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Энциклопедия «Татар иле»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Учебное пособие «Еbook»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Сборник мультфильмов «Век Татарстана»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Сборник сказок и мультфильмов «Волжские богатыри»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Библиотека «Сказки Поволжья»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Книга «Где живёт Белый Барс?»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Книга, мультфильм «Семь жемчужин»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Сериал «Стрела наследия»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Татармультфильм</w:t>
      </w:r>
    </w:p>
    <w:p w:rsidR="003C0CCB" w:rsidRPr="002A2B4F" w:rsidRDefault="003C0CCB" w:rsidP="003C0CCB">
      <w:pPr>
        <w:rPr>
          <w:rFonts w:ascii="Times New Roman" w:hAnsi="Times New Roman"/>
          <w:szCs w:val="24"/>
        </w:rPr>
      </w:pPr>
      <w:r w:rsidRPr="002A2B4F">
        <w:rPr>
          <w:rFonts w:ascii="Times New Roman" w:hAnsi="Times New Roman"/>
          <w:szCs w:val="24"/>
        </w:rPr>
        <w:t>Ресурс «Зелёный Татарстан»</w:t>
      </w:r>
    </w:p>
    <w:p w:rsidR="00B07167" w:rsidRPr="002A2B4F" w:rsidRDefault="003C0CCB" w:rsidP="003C0CCB">
      <w:pPr>
        <w:autoSpaceDE w:val="0"/>
        <w:autoSpaceDN w:val="0"/>
        <w:rPr>
          <w:rFonts w:ascii="Times New Roman" w:hAnsi="Times New Roman"/>
          <w:color w:val="000000"/>
          <w:szCs w:val="24"/>
        </w:rPr>
      </w:pPr>
      <w:r w:rsidRPr="002A2B4F">
        <w:rPr>
          <w:rFonts w:ascii="Times New Roman" w:hAnsi="Times New Roman"/>
          <w:color w:val="000000"/>
          <w:szCs w:val="24"/>
        </w:rPr>
        <w:t xml:space="preserve">Детская мультимедийная библиотека // URL: </w:t>
      </w:r>
      <w:hyperlink r:id="rId96" w:history="1">
        <w:r w:rsidRPr="002A2B4F">
          <w:rPr>
            <w:rStyle w:val="a9"/>
            <w:rFonts w:ascii="Times New Roman" w:hAnsi="Times New Roman"/>
            <w:szCs w:val="24"/>
          </w:rPr>
          <w:t>http://xn--80aab5b.xn--p1ai</w:t>
        </w:r>
      </w:hyperlink>
      <w:r w:rsidRPr="002A2B4F">
        <w:rPr>
          <w:rFonts w:ascii="Times New Roman" w:hAnsi="Times New Roman"/>
          <w:color w:val="000000"/>
          <w:szCs w:val="24"/>
        </w:rPr>
        <w:t xml:space="preserve">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Методическая копилка учителей татарского языка // URL: </w:t>
      </w:r>
      <w:hyperlink r:id="rId97" w:history="1">
        <w:r w:rsidRPr="002A2B4F">
          <w:rPr>
            <w:rStyle w:val="a9"/>
            <w:rFonts w:ascii="Times New Roman" w:hAnsi="Times New Roman"/>
            <w:szCs w:val="24"/>
          </w:rPr>
          <w:t>https://mon.tatarstan.ru/kopil.htm</w:t>
        </w:r>
      </w:hyperlink>
      <w:r w:rsidRPr="002A2B4F">
        <w:rPr>
          <w:rFonts w:ascii="Times New Roman" w:hAnsi="Times New Roman"/>
          <w:color w:val="000000"/>
          <w:szCs w:val="24"/>
        </w:rPr>
        <w:t xml:space="preserve">   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Образовательный ресурс tatarschool.ru // URL: http://tatarschool.ru /;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Онлайн-школа обучения татарскому языку «Ана теле» // URL: </w:t>
      </w:r>
      <w:hyperlink r:id="rId98" w:history="1">
        <w:r w:rsidRPr="002A2B4F">
          <w:rPr>
            <w:rStyle w:val="a9"/>
            <w:rFonts w:ascii="Times New Roman" w:hAnsi="Times New Roman"/>
            <w:szCs w:val="24"/>
          </w:rPr>
          <w:t>https://anatele.ef.com/</w:t>
        </w:r>
      </w:hyperlink>
      <w:r w:rsidRPr="002A2B4F">
        <w:rPr>
          <w:rFonts w:ascii="Times New Roman" w:hAnsi="Times New Roman"/>
          <w:color w:val="000000"/>
          <w:szCs w:val="24"/>
        </w:rPr>
        <w:t xml:space="preserve">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«Татармультфильм» Анимационная студия // URL: http://www.tatarmultfilm.ru/;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Татарский образовательный портал Белем.ру // URL: http://belem.ru/;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>Татарская электронная библиотека // URL: https://kitap.tatar.ru/ru/</w:t>
      </w:r>
      <w:r w:rsidR="00B07167" w:rsidRPr="002A2B4F">
        <w:rPr>
          <w:rFonts w:ascii="Times New Roman" w:hAnsi="Times New Roman"/>
          <w:color w:val="000000"/>
          <w:szCs w:val="24"/>
        </w:rPr>
        <w:t>;</w:t>
      </w:r>
      <w:r w:rsidRPr="002A2B4F">
        <w:rPr>
          <w:rFonts w:ascii="Times New Roman" w:hAnsi="Times New Roman"/>
          <w:color w:val="000000"/>
          <w:szCs w:val="24"/>
        </w:rPr>
        <w:t xml:space="preserve">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Центр татарской литературы // URL: https://tatkniga.ru/ ;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Электронный русско-татарский словарь // URL: </w:t>
      </w:r>
      <w:hyperlink r:id="rId99" w:history="1">
        <w:r w:rsidRPr="002A2B4F">
          <w:rPr>
            <w:rStyle w:val="a9"/>
            <w:rFonts w:ascii="Times New Roman" w:hAnsi="Times New Roman"/>
            <w:szCs w:val="24"/>
          </w:rPr>
          <w:t>http://ganiev.org/</w:t>
        </w:r>
      </w:hyperlink>
      <w:r w:rsidRPr="002A2B4F">
        <w:rPr>
          <w:rFonts w:ascii="Times New Roman" w:hAnsi="Times New Roman"/>
          <w:color w:val="000000"/>
          <w:szCs w:val="24"/>
        </w:rPr>
        <w:t xml:space="preserve">; </w:t>
      </w:r>
      <w:r w:rsidRPr="002A2B4F">
        <w:rPr>
          <w:rFonts w:ascii="Times New Roman" w:hAnsi="Times New Roman"/>
          <w:szCs w:val="24"/>
        </w:rPr>
        <w:br/>
      </w:r>
      <w:r w:rsidRPr="002A2B4F">
        <w:rPr>
          <w:rFonts w:ascii="Times New Roman" w:hAnsi="Times New Roman"/>
          <w:color w:val="000000"/>
          <w:szCs w:val="24"/>
        </w:rPr>
        <w:t xml:space="preserve">Электронный словарь татарского языка // URL: </w:t>
      </w:r>
      <w:hyperlink r:id="rId100" w:history="1">
        <w:r w:rsidRPr="002A2B4F">
          <w:rPr>
            <w:rStyle w:val="a9"/>
            <w:rFonts w:ascii="Times New Roman" w:hAnsi="Times New Roman"/>
            <w:szCs w:val="24"/>
          </w:rPr>
          <w:t>http://syzlek.ru/</w:t>
        </w:r>
      </w:hyperlink>
    </w:p>
    <w:p w:rsidR="003C0CCB" w:rsidRPr="002A2B4F" w:rsidRDefault="003C0CCB" w:rsidP="001A76E8">
      <w:pPr>
        <w:autoSpaceDE w:val="0"/>
        <w:autoSpaceDN w:val="0"/>
        <w:rPr>
          <w:rFonts w:ascii="Times New Roman" w:hAnsi="Times New Roman"/>
          <w:b/>
          <w:color w:val="000000"/>
          <w:szCs w:val="24"/>
        </w:rPr>
      </w:pPr>
      <w:r w:rsidRPr="002A2B4F">
        <w:rPr>
          <w:rFonts w:ascii="Times New Roman" w:hAnsi="Times New Roman"/>
          <w:color w:val="000000"/>
          <w:szCs w:val="24"/>
        </w:rPr>
        <w:t xml:space="preserve"> </w:t>
      </w:r>
      <w:r w:rsidR="00B07167" w:rsidRPr="002A2B4F">
        <w:rPr>
          <w:rFonts w:ascii="Times New Roman" w:hAnsi="Times New Roman"/>
          <w:color w:val="000000"/>
          <w:szCs w:val="24"/>
        </w:rPr>
        <w:t xml:space="preserve">УМК «Күңелле татар теле» / Электронные учебники серии «Күңелле татар теле» // URL: </w:t>
      </w:r>
      <w:r w:rsidR="00B07167" w:rsidRPr="002A2B4F">
        <w:rPr>
          <w:rFonts w:ascii="Times New Roman" w:hAnsi="Times New Roman"/>
          <w:szCs w:val="24"/>
        </w:rPr>
        <w:br/>
      </w:r>
      <w:hyperlink r:id="rId101" w:history="1">
        <w:r w:rsidR="00B07167" w:rsidRPr="002A2B4F">
          <w:rPr>
            <w:rStyle w:val="a9"/>
            <w:rFonts w:ascii="Times New Roman" w:hAnsi="Times New Roman"/>
            <w:szCs w:val="24"/>
          </w:rPr>
          <w:t>http://tatarschool.ru/tatar-tele</w:t>
        </w:r>
      </w:hyperlink>
      <w:r w:rsidR="00B07167" w:rsidRPr="002A2B4F">
        <w:rPr>
          <w:rFonts w:ascii="Times New Roman" w:hAnsi="Times New Roman"/>
          <w:color w:val="000000"/>
          <w:szCs w:val="24"/>
        </w:rPr>
        <w:t xml:space="preserve">.    </w:t>
      </w:r>
    </w:p>
    <w:p w:rsidR="003C0CCB" w:rsidRPr="002A2B4F" w:rsidRDefault="003C0CCB" w:rsidP="001A76E8">
      <w:pPr>
        <w:autoSpaceDE w:val="0"/>
        <w:autoSpaceDN w:val="0"/>
        <w:rPr>
          <w:rFonts w:ascii="Times New Roman" w:hAnsi="Times New Roman"/>
          <w:b/>
          <w:color w:val="000000"/>
          <w:szCs w:val="24"/>
        </w:rPr>
      </w:pPr>
    </w:p>
    <w:sectPr w:rsidR="003C0CCB" w:rsidRPr="002A2B4F" w:rsidSect="00B07167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59E" w:rsidRDefault="00E4059E" w:rsidP="00EC101E">
      <w:r>
        <w:separator/>
      </w:r>
    </w:p>
  </w:endnote>
  <w:endnote w:type="continuationSeparator" w:id="0">
    <w:p w:rsidR="00E4059E" w:rsidRDefault="00E4059E" w:rsidP="00EC1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059E" w:rsidRDefault="00E4059E">
    <w:pPr>
      <w:rPr>
        <w:sz w:val="2"/>
        <w:szCs w:val="2"/>
      </w:rPr>
    </w:pPr>
    <w:r>
      <w:rPr>
        <w:noProof/>
        <w:szCs w:val="24"/>
      </w:rPr>
      <mc:AlternateContent>
        <mc:Choice Requires="wps">
          <w:drawing>
            <wp:anchor distT="0" distB="0" distL="63500" distR="63500" simplePos="0" relativeHeight="251662336" behindDoc="1" locked="0" layoutInCell="1" allowOverlap="1">
              <wp:simplePos x="0" y="0"/>
              <wp:positionH relativeFrom="page">
                <wp:posOffset>546735</wp:posOffset>
              </wp:positionH>
              <wp:positionV relativeFrom="page">
                <wp:posOffset>10533380</wp:posOffset>
              </wp:positionV>
              <wp:extent cx="588645" cy="102235"/>
              <wp:effectExtent l="0" t="0" r="0" b="0"/>
              <wp:wrapNone/>
              <wp:docPr id="5" name="Надпись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8645" cy="102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059E" w:rsidRDefault="00E4059E">
                          <w:r>
                            <w:rPr>
                              <w:rStyle w:val="a7"/>
                              <w:rFonts w:eastAsia="Arial Unicode MS"/>
                            </w:rPr>
                            <w:t>Программа - 03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5" o:spid="_x0000_s1027" type="#_x0000_t202" style="position:absolute;margin-left:43.05pt;margin-top:829.4pt;width:46.35pt;height:8.05pt;z-index:-25165414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" filled="f" stroked="f">
              <v:textbox style="mso-fit-shape-to-text:t" inset="0,0,0,0">
                <w:txbxContent>
                  <w:p w:rsidR="00E4059E" w:rsidRDefault="00E4059E">
                    <w:r>
                      <w:rPr>
                        <w:rStyle w:val="a7"/>
                        <w:rFonts w:eastAsia="Arial Unicode MS"/>
                      </w:rPr>
                      <w:t>Программа - 03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7408696"/>
      <w:docPartObj>
        <w:docPartGallery w:val="Page Numbers (Bottom of Page)"/>
        <w:docPartUnique/>
      </w:docPartObj>
    </w:sdtPr>
    <w:sdtContent>
      <w:p w:rsidR="00E4059E" w:rsidRDefault="00E4059E" w:rsidP="002E3474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4470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E4059E" w:rsidRDefault="00E4059E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059E" w:rsidRDefault="00E4059E" w:rsidP="00EC65BC">
    <w:pPr>
      <w:pStyle w:val="af"/>
      <w:jc w:val="right"/>
    </w:pPr>
    <w:r>
      <w:t>60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59E" w:rsidRDefault="00E4059E" w:rsidP="00EC101E">
      <w:r>
        <w:separator/>
      </w:r>
    </w:p>
  </w:footnote>
  <w:footnote w:type="continuationSeparator" w:id="0">
    <w:p w:rsidR="00E4059E" w:rsidRDefault="00E4059E" w:rsidP="00EC10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059E" w:rsidRDefault="00E4059E">
    <w:pPr>
      <w:rPr>
        <w:sz w:val="2"/>
        <w:szCs w:val="2"/>
      </w:rPr>
    </w:pPr>
    <w:r>
      <w:rPr>
        <w:noProof/>
        <w:szCs w:val="24"/>
      </w:rPr>
      <mc:AlternateContent>
        <mc:Choice Requires="wps">
          <w:drawing>
            <wp:anchor distT="0" distB="0" distL="63500" distR="63500" simplePos="0" relativeHeight="251660288" behindDoc="1" locked="0" layoutInCell="1" allowOverlap="1">
              <wp:simplePos x="0" y="0"/>
              <wp:positionH relativeFrom="page">
                <wp:posOffset>3730625</wp:posOffset>
              </wp:positionH>
              <wp:positionV relativeFrom="page">
                <wp:posOffset>194945</wp:posOffset>
              </wp:positionV>
              <wp:extent cx="161290" cy="186055"/>
              <wp:effectExtent l="0" t="0" r="0" b="0"/>
              <wp:wrapNone/>
              <wp:docPr id="7" name="Надпись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059E" w:rsidRDefault="00E4059E">
                          <w:r>
                            <w:rPr>
                              <w:rStyle w:val="SegoeUI11pt"/>
                              <w:rFonts w:eastAsiaTheme="minorHAnsi"/>
                            </w:rPr>
                            <w:fldChar w:fldCharType="begin"/>
                          </w:r>
                          <w:r>
                            <w:rPr>
                              <w:rStyle w:val="SegoeUI11pt"/>
                              <w:rFonts w:eastAsiaTheme="minorHAnsi"/>
                            </w:rPr>
                            <w:instrText xml:space="preserve"> PAGE \* MERGEFORMAT </w:instrText>
                          </w:r>
                          <w:r>
                            <w:rPr>
                              <w:rStyle w:val="SegoeUI11pt"/>
                              <w:rFonts w:eastAsiaTheme="minorHAnsi"/>
                            </w:rPr>
                            <w:fldChar w:fldCharType="separate"/>
                          </w:r>
                          <w:r>
                            <w:rPr>
                              <w:rStyle w:val="SegoeUI11pt"/>
                              <w:rFonts w:eastAsiaTheme="minorHAnsi"/>
                              <w:noProof/>
                            </w:rPr>
                            <w:t>94</w:t>
                          </w:r>
                          <w:r>
                            <w:rPr>
                              <w:rStyle w:val="SegoeUI11pt"/>
                              <w:rFonts w:eastAsiaTheme="minorHAnsi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7" o:spid="_x0000_s1026" type="#_x0000_t202" style="position:absolute;margin-left:293.75pt;margin-top:15.35pt;width:12.7pt;height:14.6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" filled="f" stroked="f">
              <v:textbox style="mso-fit-shape-to-text:t" inset="0,0,0,0">
                <w:txbxContent>
                  <w:p w:rsidR="00E4059E" w:rsidRDefault="00E4059E">
                    <w:r>
                      <w:rPr>
                        <w:rStyle w:val="SegoeUI11pt"/>
                        <w:rFonts w:eastAsiaTheme="minorHAnsi"/>
                      </w:rPr>
                      <w:fldChar w:fldCharType="begin"/>
                    </w:r>
                    <w:r>
                      <w:rPr>
                        <w:rStyle w:val="SegoeUI11pt"/>
                        <w:rFonts w:eastAsiaTheme="minorHAnsi"/>
                      </w:rPr>
                      <w:instrText xml:space="preserve"> PAGE \* MERGEFORMAT </w:instrText>
                    </w:r>
                    <w:r>
                      <w:rPr>
                        <w:rStyle w:val="SegoeUI11pt"/>
                        <w:rFonts w:eastAsiaTheme="minorHAnsi"/>
                      </w:rPr>
                      <w:fldChar w:fldCharType="separate"/>
                    </w:r>
                    <w:r>
                      <w:rPr>
                        <w:rStyle w:val="SegoeUI11pt"/>
                        <w:rFonts w:eastAsiaTheme="minorHAnsi"/>
                        <w:noProof/>
                      </w:rPr>
                      <w:t>94</w:t>
                    </w:r>
                    <w:r>
                      <w:rPr>
                        <w:rStyle w:val="SegoeUI11pt"/>
                        <w:rFonts w:eastAsiaTheme="minorHAnsi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E154144"/>
    <w:multiLevelType w:val="hybridMultilevel"/>
    <w:tmpl w:val="7A50BF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32F7B"/>
    <w:multiLevelType w:val="multilevel"/>
    <w:tmpl w:val="7744EC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D3B4B27"/>
    <w:multiLevelType w:val="multilevel"/>
    <w:tmpl w:val="CA048862"/>
    <w:lvl w:ilvl="0">
      <w:start w:val="1"/>
      <w:numFmt w:val="decimal"/>
      <w:lvlText w:val="64.8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3420FA2"/>
    <w:multiLevelType w:val="multilevel"/>
    <w:tmpl w:val="EAC04C66"/>
    <w:lvl w:ilvl="0">
      <w:start w:val="6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start w:val="2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4DB489E"/>
    <w:multiLevelType w:val="hybridMultilevel"/>
    <w:tmpl w:val="7A50BF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C25713"/>
    <w:multiLevelType w:val="hybridMultilevel"/>
    <w:tmpl w:val="9F1A14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94229D"/>
    <w:multiLevelType w:val="hybridMultilevel"/>
    <w:tmpl w:val="7A50BF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8D3FA8"/>
    <w:multiLevelType w:val="hybridMultilevel"/>
    <w:tmpl w:val="984875CE"/>
    <w:lvl w:ilvl="0" w:tplc="0419000F">
      <w:start w:val="1"/>
      <w:numFmt w:val="decimal"/>
      <w:lvlText w:val="%1."/>
      <w:lvlJc w:val="left"/>
      <w:pPr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 w15:restartNumberingAfterBreak="0">
    <w:nsid w:val="69AA5AF9"/>
    <w:multiLevelType w:val="hybridMultilevel"/>
    <w:tmpl w:val="C1F8B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E40477"/>
    <w:multiLevelType w:val="multilevel"/>
    <w:tmpl w:val="E4CC1E1E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5"/>
  </w:num>
  <w:num w:numId="3">
    <w:abstractNumId w:val="9"/>
  </w:num>
  <w:num w:numId="4">
    <w:abstractNumId w:val="8"/>
  </w:num>
  <w:num w:numId="5">
    <w:abstractNumId w:val="5"/>
  </w:num>
  <w:num w:numId="6">
    <w:abstractNumId w:val="4"/>
    <w:lvlOverride w:ilvl="0">
      <w:startOverride w:val="1"/>
    </w:lvlOverride>
  </w:num>
  <w:num w:numId="7">
    <w:abstractNumId w:val="3"/>
  </w:num>
  <w:num w:numId="8">
    <w:abstractNumId w:val="2"/>
  </w:num>
  <w:num w:numId="9">
    <w:abstractNumId w:val="1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13"/>
  </w:num>
  <w:num w:numId="12">
    <w:abstractNumId w:val="11"/>
  </w:num>
  <w:num w:numId="13">
    <w:abstractNumId w:val="10"/>
  </w:num>
  <w:num w:numId="14">
    <w:abstractNumId w:val="6"/>
  </w:num>
  <w:num w:numId="15">
    <w:abstractNumId w:val="1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A2F"/>
    <w:rsid w:val="000514CE"/>
    <w:rsid w:val="00052FD0"/>
    <w:rsid w:val="000C6B55"/>
    <w:rsid w:val="0017553A"/>
    <w:rsid w:val="0019413C"/>
    <w:rsid w:val="001A76E8"/>
    <w:rsid w:val="001D0265"/>
    <w:rsid w:val="001D5410"/>
    <w:rsid w:val="001F6EF0"/>
    <w:rsid w:val="00200860"/>
    <w:rsid w:val="00221A2F"/>
    <w:rsid w:val="00224470"/>
    <w:rsid w:val="00272E5F"/>
    <w:rsid w:val="0028323C"/>
    <w:rsid w:val="0028462C"/>
    <w:rsid w:val="00287313"/>
    <w:rsid w:val="002A2B4F"/>
    <w:rsid w:val="002B5143"/>
    <w:rsid w:val="002E3474"/>
    <w:rsid w:val="0032629C"/>
    <w:rsid w:val="003A668B"/>
    <w:rsid w:val="003C0CCB"/>
    <w:rsid w:val="00424BE2"/>
    <w:rsid w:val="004633E2"/>
    <w:rsid w:val="00475A8B"/>
    <w:rsid w:val="005138E7"/>
    <w:rsid w:val="005645A1"/>
    <w:rsid w:val="005876FC"/>
    <w:rsid w:val="005B035B"/>
    <w:rsid w:val="005E1D92"/>
    <w:rsid w:val="006476EE"/>
    <w:rsid w:val="00647B59"/>
    <w:rsid w:val="0065135F"/>
    <w:rsid w:val="006C3FBB"/>
    <w:rsid w:val="006E52ED"/>
    <w:rsid w:val="007106D2"/>
    <w:rsid w:val="00776251"/>
    <w:rsid w:val="007F34E1"/>
    <w:rsid w:val="00867BDB"/>
    <w:rsid w:val="00874D04"/>
    <w:rsid w:val="00902C64"/>
    <w:rsid w:val="009D3EFD"/>
    <w:rsid w:val="00A37629"/>
    <w:rsid w:val="00AC7998"/>
    <w:rsid w:val="00AF33F9"/>
    <w:rsid w:val="00B07167"/>
    <w:rsid w:val="00B609C4"/>
    <w:rsid w:val="00BB1DD0"/>
    <w:rsid w:val="00BB36CE"/>
    <w:rsid w:val="00BE1ABC"/>
    <w:rsid w:val="00C61264"/>
    <w:rsid w:val="00C74AA7"/>
    <w:rsid w:val="00CD1883"/>
    <w:rsid w:val="00D51E31"/>
    <w:rsid w:val="00DA24FF"/>
    <w:rsid w:val="00DD7164"/>
    <w:rsid w:val="00E359F0"/>
    <w:rsid w:val="00E4059E"/>
    <w:rsid w:val="00E42299"/>
    <w:rsid w:val="00E57384"/>
    <w:rsid w:val="00E872AB"/>
    <w:rsid w:val="00EA36A2"/>
    <w:rsid w:val="00EC101E"/>
    <w:rsid w:val="00EC65BC"/>
    <w:rsid w:val="00EF68CA"/>
    <w:rsid w:val="00FC6AD5"/>
    <w:rsid w:val="00FE025A"/>
    <w:rsid w:val="00FE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0DBEF3F4"/>
  <w15:docId w15:val="{C9016D5C-A882-4D4D-888E-18BE8695A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221A2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1"/>
    <w:next w:val="a1"/>
    <w:link w:val="10"/>
    <w:uiPriority w:val="9"/>
    <w:qFormat/>
    <w:rsid w:val="00AC7998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rsid w:val="00AC7998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AC7998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AC7998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AC7998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AC7998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AC7998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AC7998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 w:val="20"/>
      <w:lang w:val="en-US" w:eastAsia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AC7998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lang w:val="en-US"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23">
    <w:name w:val="Основной текст (2)_"/>
    <w:link w:val="24"/>
    <w:locked/>
    <w:rsid w:val="00221A2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1"/>
    <w:link w:val="23"/>
    <w:rsid w:val="00221A2F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hAnsi="Times New Roman"/>
      <w:sz w:val="28"/>
      <w:szCs w:val="28"/>
      <w:lang w:eastAsia="en-US"/>
    </w:rPr>
  </w:style>
  <w:style w:type="character" w:styleId="a5">
    <w:name w:val="Strong"/>
    <w:basedOn w:val="a2"/>
    <w:uiPriority w:val="22"/>
    <w:qFormat/>
    <w:rsid w:val="00221A2F"/>
    <w:rPr>
      <w:b/>
      <w:bCs/>
    </w:rPr>
  </w:style>
  <w:style w:type="paragraph" w:styleId="a6">
    <w:name w:val="Normal (Web)"/>
    <w:basedOn w:val="a1"/>
    <w:uiPriority w:val="99"/>
    <w:unhideWhenUsed/>
    <w:rsid w:val="00221A2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a7">
    <w:name w:val="Колонтитул"/>
    <w:rsid w:val="00D51E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SegoeUI11pt">
    <w:name w:val="Колонтитул + Segoe UI;11 pt;Не полужирный"/>
    <w:rsid w:val="00D51E31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">
    <w:name w:val="Колонтитул + 11 pt;Не полужирный"/>
    <w:rsid w:val="00D51E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pt">
    <w:name w:val="Колонтитул + 13 pt;Не полужирный"/>
    <w:rsid w:val="00D51E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table" w:styleId="a8">
    <w:name w:val="Table Grid"/>
    <w:basedOn w:val="a3"/>
    <w:uiPriority w:val="59"/>
    <w:rsid w:val="00D51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2"/>
    <w:uiPriority w:val="99"/>
    <w:unhideWhenUsed/>
    <w:rsid w:val="00D51E31"/>
    <w:rPr>
      <w:color w:val="0000FF" w:themeColor="hyperlink"/>
      <w:u w:val="single"/>
    </w:rPr>
  </w:style>
  <w:style w:type="numbering" w:customStyle="1" w:styleId="11">
    <w:name w:val="Нет списка1"/>
    <w:next w:val="a4"/>
    <w:uiPriority w:val="99"/>
    <w:semiHidden/>
    <w:unhideWhenUsed/>
    <w:rsid w:val="00200860"/>
  </w:style>
  <w:style w:type="table" w:customStyle="1" w:styleId="12">
    <w:name w:val="Сетка таблицы1"/>
    <w:basedOn w:val="a3"/>
    <w:next w:val="a8"/>
    <w:uiPriority w:val="59"/>
    <w:rsid w:val="0020086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1"/>
    <w:uiPriority w:val="34"/>
    <w:qFormat/>
    <w:rsid w:val="0020086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b">
    <w:name w:val="Balloon Text"/>
    <w:basedOn w:val="a1"/>
    <w:link w:val="ac"/>
    <w:uiPriority w:val="99"/>
    <w:semiHidden/>
    <w:unhideWhenUsed/>
    <w:rsid w:val="00272E5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2"/>
    <w:link w:val="ab"/>
    <w:uiPriority w:val="99"/>
    <w:semiHidden/>
    <w:rsid w:val="00272E5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2"/>
    <w:link w:val="1"/>
    <w:uiPriority w:val="9"/>
    <w:rsid w:val="00AC79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2">
    <w:name w:val="Заголовок 2 Знак"/>
    <w:basedOn w:val="a2"/>
    <w:link w:val="21"/>
    <w:uiPriority w:val="9"/>
    <w:semiHidden/>
    <w:rsid w:val="00AC79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2">
    <w:name w:val="Заголовок 3 Знак"/>
    <w:basedOn w:val="a2"/>
    <w:link w:val="31"/>
    <w:uiPriority w:val="9"/>
    <w:semiHidden/>
    <w:rsid w:val="00AC7998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2"/>
    <w:link w:val="4"/>
    <w:uiPriority w:val="9"/>
    <w:semiHidden/>
    <w:rsid w:val="00AC7998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customStyle="1" w:styleId="50">
    <w:name w:val="Заголовок 5 Знак"/>
    <w:basedOn w:val="a2"/>
    <w:link w:val="5"/>
    <w:uiPriority w:val="9"/>
    <w:semiHidden/>
    <w:rsid w:val="00AC7998"/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character" w:customStyle="1" w:styleId="60">
    <w:name w:val="Заголовок 6 Знак"/>
    <w:basedOn w:val="a2"/>
    <w:link w:val="6"/>
    <w:uiPriority w:val="9"/>
    <w:semiHidden/>
    <w:rsid w:val="00AC7998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70">
    <w:name w:val="Заголовок 7 Знак"/>
    <w:basedOn w:val="a2"/>
    <w:link w:val="7"/>
    <w:uiPriority w:val="9"/>
    <w:semiHidden/>
    <w:rsid w:val="00AC7998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AC7998"/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AC799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numbering" w:customStyle="1" w:styleId="25">
    <w:name w:val="Нет списка2"/>
    <w:next w:val="a4"/>
    <w:uiPriority w:val="99"/>
    <w:semiHidden/>
    <w:unhideWhenUsed/>
    <w:rsid w:val="00AC7998"/>
  </w:style>
  <w:style w:type="paragraph" w:styleId="ad">
    <w:name w:val="header"/>
    <w:basedOn w:val="a1"/>
    <w:link w:val="ae"/>
    <w:uiPriority w:val="99"/>
    <w:unhideWhenUsed/>
    <w:rsid w:val="00AC7998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e">
    <w:name w:val="Верхний колонтитул Знак"/>
    <w:basedOn w:val="a2"/>
    <w:link w:val="ad"/>
    <w:uiPriority w:val="99"/>
    <w:rsid w:val="00AC7998"/>
  </w:style>
  <w:style w:type="paragraph" w:styleId="af">
    <w:name w:val="footer"/>
    <w:basedOn w:val="a1"/>
    <w:link w:val="af0"/>
    <w:uiPriority w:val="99"/>
    <w:unhideWhenUsed/>
    <w:rsid w:val="00AC7998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0">
    <w:name w:val="Нижний колонтитул Знак"/>
    <w:basedOn w:val="a2"/>
    <w:link w:val="af"/>
    <w:uiPriority w:val="99"/>
    <w:rsid w:val="00AC7998"/>
  </w:style>
  <w:style w:type="paragraph" w:styleId="af1">
    <w:name w:val="caption"/>
    <w:basedOn w:val="a1"/>
    <w:next w:val="a1"/>
    <w:uiPriority w:val="35"/>
    <w:semiHidden/>
    <w:unhideWhenUsed/>
    <w:qFormat/>
    <w:rsid w:val="00AC7998"/>
    <w:pPr>
      <w:spacing w:after="200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styleId="af2">
    <w:name w:val="macro"/>
    <w:link w:val="af3"/>
    <w:uiPriority w:val="99"/>
    <w:semiHidden/>
    <w:unhideWhenUsed/>
    <w:rsid w:val="00AC7998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3">
    <w:name w:val="Текст макроса Знак"/>
    <w:basedOn w:val="a2"/>
    <w:link w:val="af2"/>
    <w:uiPriority w:val="99"/>
    <w:semiHidden/>
    <w:rsid w:val="00AC7998"/>
    <w:rPr>
      <w:rFonts w:ascii="Courier" w:eastAsiaTheme="minorEastAsia" w:hAnsi="Courier"/>
      <w:sz w:val="20"/>
      <w:szCs w:val="20"/>
      <w:lang w:val="en-US"/>
    </w:rPr>
  </w:style>
  <w:style w:type="paragraph" w:styleId="af4">
    <w:name w:val="List"/>
    <w:basedOn w:val="a1"/>
    <w:uiPriority w:val="99"/>
    <w:semiHidden/>
    <w:unhideWhenUsed/>
    <w:rsid w:val="00AC7998"/>
    <w:pPr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a0">
    <w:name w:val="List Bullet"/>
    <w:basedOn w:val="a1"/>
    <w:uiPriority w:val="99"/>
    <w:semiHidden/>
    <w:unhideWhenUsed/>
    <w:rsid w:val="00AC7998"/>
    <w:pPr>
      <w:numPr>
        <w:numId w:val="5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a">
    <w:name w:val="List Number"/>
    <w:basedOn w:val="a1"/>
    <w:uiPriority w:val="99"/>
    <w:semiHidden/>
    <w:unhideWhenUsed/>
    <w:rsid w:val="00AC7998"/>
    <w:pPr>
      <w:numPr>
        <w:numId w:val="6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26">
    <w:name w:val="List 2"/>
    <w:basedOn w:val="a1"/>
    <w:uiPriority w:val="99"/>
    <w:semiHidden/>
    <w:unhideWhenUsed/>
    <w:rsid w:val="00AC7998"/>
    <w:pPr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33">
    <w:name w:val="List 3"/>
    <w:basedOn w:val="a1"/>
    <w:uiPriority w:val="99"/>
    <w:semiHidden/>
    <w:unhideWhenUsed/>
    <w:rsid w:val="00AC7998"/>
    <w:pPr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20">
    <w:name w:val="List Bullet 2"/>
    <w:basedOn w:val="a1"/>
    <w:uiPriority w:val="99"/>
    <w:semiHidden/>
    <w:unhideWhenUsed/>
    <w:rsid w:val="00AC7998"/>
    <w:pPr>
      <w:numPr>
        <w:numId w:val="7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30">
    <w:name w:val="List Bullet 3"/>
    <w:basedOn w:val="a1"/>
    <w:uiPriority w:val="99"/>
    <w:semiHidden/>
    <w:unhideWhenUsed/>
    <w:rsid w:val="00AC7998"/>
    <w:pPr>
      <w:numPr>
        <w:numId w:val="8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2">
    <w:name w:val="List Number 2"/>
    <w:basedOn w:val="a1"/>
    <w:uiPriority w:val="99"/>
    <w:semiHidden/>
    <w:unhideWhenUsed/>
    <w:rsid w:val="00AC7998"/>
    <w:pPr>
      <w:numPr>
        <w:numId w:val="9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3">
    <w:name w:val="List Number 3"/>
    <w:basedOn w:val="a1"/>
    <w:uiPriority w:val="99"/>
    <w:semiHidden/>
    <w:unhideWhenUsed/>
    <w:rsid w:val="00AC7998"/>
    <w:pPr>
      <w:numPr>
        <w:numId w:val="10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af5">
    <w:name w:val="Title"/>
    <w:basedOn w:val="a1"/>
    <w:next w:val="a1"/>
    <w:link w:val="af6"/>
    <w:uiPriority w:val="10"/>
    <w:qFormat/>
    <w:rsid w:val="00AC799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customStyle="1" w:styleId="af6">
    <w:name w:val="Заголовок Знак"/>
    <w:basedOn w:val="a2"/>
    <w:link w:val="af5"/>
    <w:uiPriority w:val="10"/>
    <w:rsid w:val="00AC79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styleId="af7">
    <w:name w:val="Body Text"/>
    <w:basedOn w:val="a1"/>
    <w:link w:val="af8"/>
    <w:uiPriority w:val="99"/>
    <w:semiHidden/>
    <w:unhideWhenUsed/>
    <w:qFormat/>
    <w:rsid w:val="00AC7998"/>
    <w:pPr>
      <w:widowControl w:val="0"/>
      <w:autoSpaceDE w:val="0"/>
      <w:autoSpaceDN w:val="0"/>
      <w:ind w:left="106" w:firstLine="180"/>
    </w:pPr>
    <w:rPr>
      <w:rFonts w:ascii="Times New Roman" w:hAnsi="Times New Roman"/>
      <w:szCs w:val="24"/>
      <w:lang w:eastAsia="en-US"/>
    </w:rPr>
  </w:style>
  <w:style w:type="character" w:customStyle="1" w:styleId="af8">
    <w:name w:val="Основной текст Знак"/>
    <w:basedOn w:val="a2"/>
    <w:link w:val="af7"/>
    <w:uiPriority w:val="99"/>
    <w:semiHidden/>
    <w:rsid w:val="00AC7998"/>
    <w:rPr>
      <w:rFonts w:ascii="Times New Roman" w:eastAsia="Times New Roman" w:hAnsi="Times New Roman" w:cs="Times New Roman"/>
      <w:sz w:val="24"/>
      <w:szCs w:val="24"/>
    </w:rPr>
  </w:style>
  <w:style w:type="paragraph" w:styleId="af9">
    <w:name w:val="Body Text Indent"/>
    <w:basedOn w:val="a1"/>
    <w:link w:val="afa"/>
    <w:uiPriority w:val="99"/>
    <w:semiHidden/>
    <w:unhideWhenUsed/>
    <w:qFormat/>
    <w:rsid w:val="00AC7998"/>
    <w:pPr>
      <w:spacing w:after="120" w:line="276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a">
    <w:name w:val="Основной текст с отступом Знак"/>
    <w:basedOn w:val="a2"/>
    <w:link w:val="af9"/>
    <w:uiPriority w:val="99"/>
    <w:semiHidden/>
    <w:rsid w:val="00AC7998"/>
    <w:rPr>
      <w:rFonts w:eastAsiaTheme="minorEastAsia"/>
      <w:lang w:eastAsia="ru-RU"/>
    </w:rPr>
  </w:style>
  <w:style w:type="paragraph" w:styleId="afb">
    <w:name w:val="List Continue"/>
    <w:basedOn w:val="a1"/>
    <w:uiPriority w:val="99"/>
    <w:semiHidden/>
    <w:unhideWhenUsed/>
    <w:rsid w:val="00AC7998"/>
    <w:pPr>
      <w:spacing w:after="120" w:line="276" w:lineRule="auto"/>
      <w:ind w:left="36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27">
    <w:name w:val="List Continue 2"/>
    <w:basedOn w:val="a1"/>
    <w:uiPriority w:val="99"/>
    <w:semiHidden/>
    <w:unhideWhenUsed/>
    <w:rsid w:val="00AC7998"/>
    <w:pPr>
      <w:spacing w:after="12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34">
    <w:name w:val="List Continue 3"/>
    <w:basedOn w:val="a1"/>
    <w:uiPriority w:val="99"/>
    <w:semiHidden/>
    <w:unhideWhenUsed/>
    <w:rsid w:val="00AC7998"/>
    <w:pPr>
      <w:spacing w:after="120" w:line="276" w:lineRule="auto"/>
      <w:ind w:left="108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afc">
    <w:name w:val="Subtitle"/>
    <w:basedOn w:val="a1"/>
    <w:next w:val="a1"/>
    <w:link w:val="afd"/>
    <w:uiPriority w:val="11"/>
    <w:qFormat/>
    <w:rsid w:val="00AC7998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  <w:lang w:val="en-US" w:eastAsia="en-US"/>
    </w:rPr>
  </w:style>
  <w:style w:type="character" w:customStyle="1" w:styleId="afd">
    <w:name w:val="Подзаголовок Знак"/>
    <w:basedOn w:val="a2"/>
    <w:link w:val="afc"/>
    <w:uiPriority w:val="11"/>
    <w:rsid w:val="00AC799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28">
    <w:name w:val="Body Text 2"/>
    <w:basedOn w:val="a1"/>
    <w:link w:val="29"/>
    <w:uiPriority w:val="99"/>
    <w:semiHidden/>
    <w:unhideWhenUsed/>
    <w:rsid w:val="00AC7998"/>
    <w:pPr>
      <w:spacing w:after="120" w:line="480" w:lineRule="auto"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29">
    <w:name w:val="Основной текст 2 Знак"/>
    <w:basedOn w:val="a2"/>
    <w:link w:val="28"/>
    <w:uiPriority w:val="99"/>
    <w:semiHidden/>
    <w:rsid w:val="00AC7998"/>
    <w:rPr>
      <w:rFonts w:eastAsiaTheme="minorEastAsia"/>
      <w:lang w:val="en-US"/>
    </w:rPr>
  </w:style>
  <w:style w:type="paragraph" w:styleId="35">
    <w:name w:val="Body Text 3"/>
    <w:basedOn w:val="a1"/>
    <w:link w:val="36"/>
    <w:uiPriority w:val="99"/>
    <w:semiHidden/>
    <w:unhideWhenUsed/>
    <w:rsid w:val="00AC7998"/>
    <w:pPr>
      <w:spacing w:after="120" w:line="276" w:lineRule="auto"/>
    </w:pPr>
    <w:rPr>
      <w:rFonts w:asciiTheme="minorHAnsi" w:eastAsiaTheme="minorEastAsia" w:hAnsiTheme="minorHAnsi" w:cstheme="minorBidi"/>
      <w:sz w:val="16"/>
      <w:szCs w:val="16"/>
      <w:lang w:val="en-US" w:eastAsia="en-US"/>
    </w:rPr>
  </w:style>
  <w:style w:type="character" w:customStyle="1" w:styleId="36">
    <w:name w:val="Основной текст 3 Знак"/>
    <w:basedOn w:val="a2"/>
    <w:link w:val="35"/>
    <w:uiPriority w:val="99"/>
    <w:semiHidden/>
    <w:rsid w:val="00AC7998"/>
    <w:rPr>
      <w:rFonts w:eastAsiaTheme="minorEastAsia"/>
      <w:sz w:val="16"/>
      <w:szCs w:val="16"/>
      <w:lang w:val="en-US"/>
    </w:rPr>
  </w:style>
  <w:style w:type="character" w:customStyle="1" w:styleId="afe">
    <w:name w:val="Без интервала Знак"/>
    <w:link w:val="aff"/>
    <w:uiPriority w:val="99"/>
    <w:qFormat/>
    <w:locked/>
    <w:rsid w:val="00AC7998"/>
    <w:rPr>
      <w:rFonts w:ascii="Arial" w:eastAsia="Arial" w:hAnsi="Arial" w:cs="Times New Roman"/>
      <w:i/>
      <w:iCs/>
      <w:sz w:val="20"/>
      <w:szCs w:val="20"/>
      <w:lang w:val="en-US" w:bidi="en-US"/>
    </w:rPr>
  </w:style>
  <w:style w:type="paragraph" w:styleId="aff">
    <w:name w:val="No Spacing"/>
    <w:basedOn w:val="a1"/>
    <w:link w:val="afe"/>
    <w:uiPriority w:val="99"/>
    <w:qFormat/>
    <w:rsid w:val="00AC7998"/>
    <w:rPr>
      <w:rFonts w:eastAsia="Arial"/>
      <w:i/>
      <w:iCs/>
      <w:sz w:val="20"/>
      <w:lang w:val="en-US" w:eastAsia="en-US" w:bidi="en-US"/>
    </w:rPr>
  </w:style>
  <w:style w:type="paragraph" w:styleId="2a">
    <w:name w:val="Quote"/>
    <w:basedOn w:val="a1"/>
    <w:next w:val="a1"/>
    <w:link w:val="2b"/>
    <w:uiPriority w:val="29"/>
    <w:qFormat/>
    <w:rsid w:val="00AC7998"/>
    <w:pPr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val="en-US" w:eastAsia="en-US"/>
    </w:rPr>
  </w:style>
  <w:style w:type="character" w:customStyle="1" w:styleId="2b">
    <w:name w:val="Цитата 2 Знак"/>
    <w:basedOn w:val="a2"/>
    <w:link w:val="2a"/>
    <w:uiPriority w:val="29"/>
    <w:rsid w:val="00AC7998"/>
    <w:rPr>
      <w:rFonts w:eastAsiaTheme="minorEastAsia"/>
      <w:i/>
      <w:iCs/>
      <w:color w:val="000000" w:themeColor="text1"/>
      <w:lang w:val="en-US"/>
    </w:rPr>
  </w:style>
  <w:style w:type="paragraph" w:styleId="aff0">
    <w:name w:val="Intense Quote"/>
    <w:basedOn w:val="a1"/>
    <w:next w:val="a1"/>
    <w:link w:val="aff1"/>
    <w:uiPriority w:val="30"/>
    <w:qFormat/>
    <w:rsid w:val="00AC7998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val="en-US" w:eastAsia="en-US"/>
    </w:rPr>
  </w:style>
  <w:style w:type="character" w:customStyle="1" w:styleId="aff1">
    <w:name w:val="Выделенная цитата Знак"/>
    <w:basedOn w:val="a2"/>
    <w:link w:val="aff0"/>
    <w:uiPriority w:val="30"/>
    <w:rsid w:val="00AC7998"/>
    <w:rPr>
      <w:rFonts w:eastAsiaTheme="minorEastAsia"/>
      <w:b/>
      <w:bCs/>
      <w:i/>
      <w:iCs/>
      <w:color w:val="4F81BD" w:themeColor="accent1"/>
      <w:lang w:val="en-US"/>
    </w:rPr>
  </w:style>
  <w:style w:type="paragraph" w:styleId="aff2">
    <w:name w:val="TOC Heading"/>
    <w:basedOn w:val="1"/>
    <w:next w:val="a1"/>
    <w:uiPriority w:val="39"/>
    <w:semiHidden/>
    <w:unhideWhenUsed/>
    <w:qFormat/>
    <w:rsid w:val="00AC7998"/>
    <w:pPr>
      <w:outlineLvl w:val="9"/>
    </w:pPr>
  </w:style>
  <w:style w:type="paragraph" w:customStyle="1" w:styleId="msonormalbullet2gif">
    <w:name w:val="msonormalbullet2.gif"/>
    <w:basedOn w:val="a1"/>
    <w:uiPriority w:val="99"/>
    <w:semiHidden/>
    <w:rsid w:val="00AC799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TableParagraph">
    <w:name w:val="Table Paragraph"/>
    <w:basedOn w:val="a1"/>
    <w:uiPriority w:val="1"/>
    <w:semiHidden/>
    <w:qFormat/>
    <w:rsid w:val="00AC7998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character" w:customStyle="1" w:styleId="NoSpacingChar">
    <w:name w:val="No Spacing Char"/>
    <w:link w:val="NoSpacing1"/>
    <w:semiHidden/>
    <w:locked/>
    <w:rsid w:val="00AC7998"/>
  </w:style>
  <w:style w:type="paragraph" w:customStyle="1" w:styleId="NoSpacing1">
    <w:name w:val="No Spacing1"/>
    <w:link w:val="NoSpacingChar"/>
    <w:semiHidden/>
    <w:rsid w:val="00AC7998"/>
    <w:pPr>
      <w:spacing w:line="240" w:lineRule="auto"/>
    </w:pPr>
  </w:style>
  <w:style w:type="character" w:styleId="aff3">
    <w:name w:val="Subtle Emphasis"/>
    <w:basedOn w:val="a2"/>
    <w:uiPriority w:val="19"/>
    <w:qFormat/>
    <w:rsid w:val="00AC7998"/>
    <w:rPr>
      <w:i/>
      <w:iCs/>
      <w:color w:val="808080" w:themeColor="text1" w:themeTint="7F"/>
    </w:rPr>
  </w:style>
  <w:style w:type="character" w:styleId="aff4">
    <w:name w:val="Intense Emphasis"/>
    <w:basedOn w:val="a2"/>
    <w:uiPriority w:val="21"/>
    <w:qFormat/>
    <w:rsid w:val="00AC7998"/>
    <w:rPr>
      <w:b/>
      <w:bCs/>
      <w:i/>
      <w:iCs/>
      <w:color w:val="4F81BD" w:themeColor="accent1"/>
    </w:rPr>
  </w:style>
  <w:style w:type="character" w:styleId="aff5">
    <w:name w:val="Subtle Reference"/>
    <w:basedOn w:val="a2"/>
    <w:uiPriority w:val="31"/>
    <w:qFormat/>
    <w:rsid w:val="00AC7998"/>
    <w:rPr>
      <w:smallCaps/>
      <w:color w:val="C0504D" w:themeColor="accent2"/>
      <w:u w:val="single"/>
    </w:rPr>
  </w:style>
  <w:style w:type="character" w:styleId="aff6">
    <w:name w:val="Intense Reference"/>
    <w:basedOn w:val="a2"/>
    <w:uiPriority w:val="32"/>
    <w:qFormat/>
    <w:rsid w:val="00AC7998"/>
    <w:rPr>
      <w:b/>
      <w:bCs/>
      <w:smallCaps/>
      <w:color w:val="C0504D" w:themeColor="accent2"/>
      <w:spacing w:val="5"/>
      <w:u w:val="single"/>
    </w:rPr>
  </w:style>
  <w:style w:type="character" w:styleId="aff7">
    <w:name w:val="Book Title"/>
    <w:basedOn w:val="a2"/>
    <w:uiPriority w:val="33"/>
    <w:qFormat/>
    <w:rsid w:val="00AC7998"/>
    <w:rPr>
      <w:b/>
      <w:bCs/>
      <w:smallCaps/>
      <w:spacing w:val="5"/>
    </w:rPr>
  </w:style>
  <w:style w:type="character" w:customStyle="1" w:styleId="FontStyle15">
    <w:name w:val="Font Style15"/>
    <w:rsid w:val="00AC7998"/>
    <w:rPr>
      <w:rFonts w:ascii="Times New Roman" w:hAnsi="Times New Roman" w:cs="Times New Roman" w:hint="default"/>
      <w:spacing w:val="30"/>
      <w:sz w:val="22"/>
      <w:szCs w:val="22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AC7998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table" w:customStyle="1" w:styleId="13">
    <w:name w:val="Светлая заливка1"/>
    <w:basedOn w:val="a3"/>
    <w:uiPriority w:val="60"/>
    <w:rsid w:val="00AC7998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4">
    <w:name w:val="Светлый список1"/>
    <w:basedOn w:val="a3"/>
    <w:uiPriority w:val="61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15">
    <w:name w:val="Светлая сетка1"/>
    <w:basedOn w:val="a3"/>
    <w:uiPriority w:val="62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110">
    <w:name w:val="Средняя заливка 11"/>
    <w:basedOn w:val="a3"/>
    <w:uiPriority w:val="63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0">
    <w:name w:val="Средняя заливка 21"/>
    <w:basedOn w:val="a3"/>
    <w:uiPriority w:val="64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">
    <w:name w:val="Средний список 11"/>
    <w:basedOn w:val="a3"/>
    <w:uiPriority w:val="65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211">
    <w:name w:val="Средний список 21"/>
    <w:basedOn w:val="a3"/>
    <w:uiPriority w:val="66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2">
    <w:name w:val="Средняя сетка 11"/>
    <w:basedOn w:val="a3"/>
    <w:uiPriority w:val="67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212">
    <w:name w:val="Средняя сетка 21"/>
    <w:basedOn w:val="a3"/>
    <w:uiPriority w:val="68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310">
    <w:name w:val="Средняя сетка 31"/>
    <w:basedOn w:val="a3"/>
    <w:uiPriority w:val="69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16">
    <w:name w:val="Темный список1"/>
    <w:basedOn w:val="a3"/>
    <w:uiPriority w:val="70"/>
    <w:rsid w:val="00AC7998"/>
    <w:pPr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17">
    <w:name w:val="Цветная заливка1"/>
    <w:basedOn w:val="a3"/>
    <w:uiPriority w:val="71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18">
    <w:name w:val="Цветной список1"/>
    <w:basedOn w:val="a3"/>
    <w:uiPriority w:val="72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9">
    <w:name w:val="Цветная сетка1"/>
    <w:basedOn w:val="a3"/>
    <w:uiPriority w:val="73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-11">
    <w:name w:val="Светлая заливка - Акцент 11"/>
    <w:basedOn w:val="a3"/>
    <w:uiPriority w:val="60"/>
    <w:rsid w:val="00AC7998"/>
    <w:pPr>
      <w:spacing w:after="0" w:line="240" w:lineRule="auto"/>
    </w:pPr>
    <w:rPr>
      <w:color w:val="365F91" w:themeColor="accent1" w:themeShade="BF"/>
      <w:lang w:val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-110">
    <w:name w:val="Светлый список - Акцент 11"/>
    <w:basedOn w:val="a3"/>
    <w:uiPriority w:val="61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-111">
    <w:name w:val="Светлая сетка - Акцент 11"/>
    <w:basedOn w:val="a3"/>
    <w:uiPriority w:val="62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1-11">
    <w:name w:val="Средняя заливка 1 - Акцент 11"/>
    <w:basedOn w:val="a3"/>
    <w:uiPriority w:val="63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11">
    <w:name w:val="Средняя заливка 2 - Акцент 11"/>
    <w:basedOn w:val="a3"/>
    <w:uiPriority w:val="64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110">
    <w:name w:val="Средний список 1 - Акцент 11"/>
    <w:basedOn w:val="a3"/>
    <w:uiPriority w:val="65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2-1">
    <w:name w:val="Medium List 2 Accent 1"/>
    <w:basedOn w:val="a3"/>
    <w:uiPriority w:val="66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3"/>
    <w:uiPriority w:val="67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-10">
    <w:name w:val="Medium Grid 2 Accent 1"/>
    <w:basedOn w:val="a3"/>
    <w:uiPriority w:val="68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3"/>
    <w:uiPriority w:val="69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-1">
    <w:name w:val="Dark List Accent 1"/>
    <w:basedOn w:val="a3"/>
    <w:uiPriority w:val="70"/>
    <w:rsid w:val="00AC7998"/>
    <w:pPr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10">
    <w:name w:val="Colorful Shading Accent 1"/>
    <w:basedOn w:val="a3"/>
    <w:uiPriority w:val="71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2">
    <w:name w:val="Colorful List Accent 1"/>
    <w:basedOn w:val="a3"/>
    <w:uiPriority w:val="72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13">
    <w:name w:val="Colorful Grid Accent 1"/>
    <w:basedOn w:val="a3"/>
    <w:uiPriority w:val="73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">
    <w:name w:val="Light Shading Accent 2"/>
    <w:basedOn w:val="a3"/>
    <w:uiPriority w:val="60"/>
    <w:rsid w:val="00AC7998"/>
    <w:pPr>
      <w:spacing w:after="0" w:line="240" w:lineRule="auto"/>
    </w:pPr>
    <w:rPr>
      <w:color w:val="943634" w:themeColor="accent2" w:themeShade="BF"/>
      <w:lang w:val="en-U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20">
    <w:name w:val="Light List Accent 2"/>
    <w:basedOn w:val="a3"/>
    <w:uiPriority w:val="61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21">
    <w:name w:val="Light Grid Accent 2"/>
    <w:basedOn w:val="a3"/>
    <w:uiPriority w:val="62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1-2">
    <w:name w:val="Medium Shading 1 Accent 2"/>
    <w:basedOn w:val="a3"/>
    <w:uiPriority w:val="63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3"/>
    <w:uiPriority w:val="65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2-20">
    <w:name w:val="Medium List 2 Accent 2"/>
    <w:basedOn w:val="a3"/>
    <w:uiPriority w:val="66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21">
    <w:name w:val="Medium Grid 1 Accent 2"/>
    <w:basedOn w:val="a3"/>
    <w:uiPriority w:val="67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2-21">
    <w:name w:val="Medium Grid 2 Accent 2"/>
    <w:basedOn w:val="a3"/>
    <w:uiPriority w:val="68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2">
    <w:name w:val="Medium Grid 3 Accent 2"/>
    <w:basedOn w:val="a3"/>
    <w:uiPriority w:val="69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-22">
    <w:name w:val="Dark List Accent 2"/>
    <w:basedOn w:val="a3"/>
    <w:uiPriority w:val="70"/>
    <w:rsid w:val="00AC7998"/>
    <w:pPr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23">
    <w:name w:val="Colorful Shading Accent 2"/>
    <w:basedOn w:val="a3"/>
    <w:uiPriority w:val="71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4">
    <w:name w:val="Colorful List Accent 2"/>
    <w:basedOn w:val="a3"/>
    <w:uiPriority w:val="72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25">
    <w:name w:val="Colorful Grid Accent 2"/>
    <w:basedOn w:val="a3"/>
    <w:uiPriority w:val="73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">
    <w:name w:val="Light Shading Accent 3"/>
    <w:basedOn w:val="a3"/>
    <w:uiPriority w:val="60"/>
    <w:rsid w:val="00AC7998"/>
    <w:pPr>
      <w:spacing w:after="0" w:line="240" w:lineRule="auto"/>
    </w:pPr>
    <w:rPr>
      <w:color w:val="76923C" w:themeColor="accent3" w:themeShade="BF"/>
      <w:lang w:val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30">
    <w:name w:val="Light List Accent 3"/>
    <w:basedOn w:val="a3"/>
    <w:uiPriority w:val="61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31">
    <w:name w:val="Light Grid Accent 3"/>
    <w:basedOn w:val="a3"/>
    <w:uiPriority w:val="62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1-3">
    <w:name w:val="Medium Shading 1 Accent 3"/>
    <w:basedOn w:val="a3"/>
    <w:uiPriority w:val="63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30">
    <w:name w:val="Medium List 1 Accent 3"/>
    <w:basedOn w:val="a3"/>
    <w:uiPriority w:val="65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2-30">
    <w:name w:val="Medium List 2 Accent 3"/>
    <w:basedOn w:val="a3"/>
    <w:uiPriority w:val="66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31">
    <w:name w:val="Medium Grid 1 Accent 3"/>
    <w:basedOn w:val="a3"/>
    <w:uiPriority w:val="67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2-31">
    <w:name w:val="Medium Grid 2 Accent 3"/>
    <w:basedOn w:val="a3"/>
    <w:uiPriority w:val="68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3">
    <w:name w:val="Medium Grid 3 Accent 3"/>
    <w:basedOn w:val="a3"/>
    <w:uiPriority w:val="69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-32">
    <w:name w:val="Dark List Accent 3"/>
    <w:basedOn w:val="a3"/>
    <w:uiPriority w:val="70"/>
    <w:rsid w:val="00AC7998"/>
    <w:pPr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33">
    <w:name w:val="Colorful Shading Accent 3"/>
    <w:basedOn w:val="a3"/>
    <w:uiPriority w:val="71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34">
    <w:name w:val="Colorful List Accent 3"/>
    <w:basedOn w:val="a3"/>
    <w:uiPriority w:val="72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35">
    <w:name w:val="Colorful Grid Accent 3"/>
    <w:basedOn w:val="a3"/>
    <w:uiPriority w:val="73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Light Shading Accent 4"/>
    <w:basedOn w:val="a3"/>
    <w:uiPriority w:val="60"/>
    <w:rsid w:val="00AC7998"/>
    <w:pPr>
      <w:spacing w:after="0" w:line="240" w:lineRule="auto"/>
    </w:pPr>
    <w:rPr>
      <w:color w:val="5F497A" w:themeColor="accent4" w:themeShade="BF"/>
      <w:lang w:val="en-U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40">
    <w:name w:val="Light List Accent 4"/>
    <w:basedOn w:val="a3"/>
    <w:uiPriority w:val="61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41">
    <w:name w:val="Light Grid Accent 4"/>
    <w:basedOn w:val="a3"/>
    <w:uiPriority w:val="62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1-4">
    <w:name w:val="Medium Shading 1 Accent 4"/>
    <w:basedOn w:val="a3"/>
    <w:uiPriority w:val="63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40">
    <w:name w:val="Medium List 1 Accent 4"/>
    <w:basedOn w:val="a3"/>
    <w:uiPriority w:val="65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2-40">
    <w:name w:val="Medium List 2 Accent 4"/>
    <w:basedOn w:val="a3"/>
    <w:uiPriority w:val="66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41">
    <w:name w:val="Medium Grid 1 Accent 4"/>
    <w:basedOn w:val="a3"/>
    <w:uiPriority w:val="67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2-41">
    <w:name w:val="Medium Grid 2 Accent 4"/>
    <w:basedOn w:val="a3"/>
    <w:uiPriority w:val="68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4">
    <w:name w:val="Medium Grid 3 Accent 4"/>
    <w:basedOn w:val="a3"/>
    <w:uiPriority w:val="69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-42">
    <w:name w:val="Dark List Accent 4"/>
    <w:basedOn w:val="a3"/>
    <w:uiPriority w:val="70"/>
    <w:rsid w:val="00AC7998"/>
    <w:pPr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43">
    <w:name w:val="Colorful Shading Accent 4"/>
    <w:basedOn w:val="a3"/>
    <w:uiPriority w:val="71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44">
    <w:name w:val="Colorful List Accent 4"/>
    <w:basedOn w:val="a3"/>
    <w:uiPriority w:val="72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45">
    <w:name w:val="Colorful Grid Accent 4"/>
    <w:basedOn w:val="a3"/>
    <w:uiPriority w:val="73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">
    <w:name w:val="Light Shading Accent 5"/>
    <w:basedOn w:val="a3"/>
    <w:uiPriority w:val="60"/>
    <w:rsid w:val="00AC7998"/>
    <w:pPr>
      <w:spacing w:after="0" w:line="240" w:lineRule="auto"/>
    </w:pPr>
    <w:rPr>
      <w:color w:val="31849B" w:themeColor="accent5" w:themeShade="BF"/>
      <w:lang w:val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50">
    <w:name w:val="Light List Accent 5"/>
    <w:basedOn w:val="a3"/>
    <w:uiPriority w:val="61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51">
    <w:name w:val="Light Grid Accent 5"/>
    <w:basedOn w:val="a3"/>
    <w:uiPriority w:val="62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1-5">
    <w:name w:val="Medium Shading 1 Accent 5"/>
    <w:basedOn w:val="a3"/>
    <w:uiPriority w:val="63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0">
    <w:name w:val="Medium List 1 Accent 5"/>
    <w:basedOn w:val="a3"/>
    <w:uiPriority w:val="65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2-50">
    <w:name w:val="Medium List 2 Accent 5"/>
    <w:basedOn w:val="a3"/>
    <w:uiPriority w:val="66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51">
    <w:name w:val="Medium Grid 1 Accent 5"/>
    <w:basedOn w:val="a3"/>
    <w:uiPriority w:val="67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2-51">
    <w:name w:val="Medium Grid 2 Accent 5"/>
    <w:basedOn w:val="a3"/>
    <w:uiPriority w:val="68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5">
    <w:name w:val="Medium Grid 3 Accent 5"/>
    <w:basedOn w:val="a3"/>
    <w:uiPriority w:val="69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52">
    <w:name w:val="Dark List Accent 5"/>
    <w:basedOn w:val="a3"/>
    <w:uiPriority w:val="70"/>
    <w:rsid w:val="00AC7998"/>
    <w:pPr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53">
    <w:name w:val="Colorful Shading Accent 5"/>
    <w:basedOn w:val="a3"/>
    <w:uiPriority w:val="71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4">
    <w:name w:val="Colorful List Accent 5"/>
    <w:basedOn w:val="a3"/>
    <w:uiPriority w:val="72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55">
    <w:name w:val="Colorful Grid Accent 5"/>
    <w:basedOn w:val="a3"/>
    <w:uiPriority w:val="73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">
    <w:name w:val="Light Shading Accent 6"/>
    <w:basedOn w:val="a3"/>
    <w:uiPriority w:val="60"/>
    <w:rsid w:val="00AC7998"/>
    <w:pPr>
      <w:spacing w:after="0" w:line="240" w:lineRule="auto"/>
    </w:pPr>
    <w:rPr>
      <w:color w:val="E36C0A" w:themeColor="accent6" w:themeShade="BF"/>
      <w:lang w:val="en-U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60">
    <w:name w:val="Light List Accent 6"/>
    <w:basedOn w:val="a3"/>
    <w:uiPriority w:val="61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61">
    <w:name w:val="Light Grid Accent 6"/>
    <w:basedOn w:val="a3"/>
    <w:uiPriority w:val="62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6">
    <w:name w:val="Medium Shading 1 Accent 6"/>
    <w:basedOn w:val="a3"/>
    <w:uiPriority w:val="63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60">
    <w:name w:val="Medium List 1 Accent 6"/>
    <w:basedOn w:val="a3"/>
    <w:uiPriority w:val="65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-60">
    <w:name w:val="Medium List 2 Accent 6"/>
    <w:basedOn w:val="a3"/>
    <w:uiPriority w:val="66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61">
    <w:name w:val="Medium Grid 1 Accent 6"/>
    <w:basedOn w:val="a3"/>
    <w:uiPriority w:val="67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61">
    <w:name w:val="Medium Grid 2 Accent 6"/>
    <w:basedOn w:val="a3"/>
    <w:uiPriority w:val="68"/>
    <w:rsid w:val="00AC799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6">
    <w:name w:val="Medium Grid 3 Accent 6"/>
    <w:basedOn w:val="a3"/>
    <w:uiPriority w:val="69"/>
    <w:rsid w:val="00AC799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2">
    <w:name w:val="Dark List Accent 6"/>
    <w:basedOn w:val="a3"/>
    <w:uiPriority w:val="70"/>
    <w:rsid w:val="00AC7998"/>
    <w:pPr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-63">
    <w:name w:val="Colorful Shading Accent 6"/>
    <w:basedOn w:val="a3"/>
    <w:uiPriority w:val="71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4">
    <w:name w:val="Colorful List Accent 6"/>
    <w:basedOn w:val="a3"/>
    <w:uiPriority w:val="72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5">
    <w:name w:val="Colorful Grid Accent 6"/>
    <w:basedOn w:val="a3"/>
    <w:uiPriority w:val="73"/>
    <w:rsid w:val="00AC7998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numbering" w:customStyle="1" w:styleId="37">
    <w:name w:val="Нет списка3"/>
    <w:next w:val="a4"/>
    <w:uiPriority w:val="99"/>
    <w:semiHidden/>
    <w:unhideWhenUsed/>
    <w:rsid w:val="00AC7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natele.ef.com/" TargetMode="External"/><Relationship Id="rId21" Type="http://schemas.openxmlformats.org/officeDocument/2006/relationships/hyperlink" Target="https://mon.tatarstan.ru/kopil.htm" TargetMode="External"/><Relationship Id="rId42" Type="http://schemas.openxmlformats.org/officeDocument/2006/relationships/hyperlink" Target="http://tatarschool.ru/" TargetMode="External"/><Relationship Id="rId47" Type="http://schemas.openxmlformats.org/officeDocument/2006/relationships/hyperlink" Target="http://giylem.tatar/" TargetMode="External"/><Relationship Id="rId63" Type="http://schemas.openxmlformats.org/officeDocument/2006/relationships/hyperlink" Target="https://mon.tatarstan.ru/kopil.htm" TargetMode="External"/><Relationship Id="rId68" Type="http://schemas.openxmlformats.org/officeDocument/2006/relationships/hyperlink" Target="https://anatele.ef.com/" TargetMode="External"/><Relationship Id="rId84" Type="http://schemas.openxmlformats.org/officeDocument/2006/relationships/hyperlink" Target="http://tatarschool.ru/" TargetMode="External"/><Relationship Id="rId89" Type="http://schemas.openxmlformats.org/officeDocument/2006/relationships/hyperlink" Target="http://giylem.tatar/" TargetMode="External"/><Relationship Id="rId16" Type="http://schemas.openxmlformats.org/officeDocument/2006/relationships/hyperlink" Target="https://mon.tatarstan.ru/kopil.htm" TargetMode="External"/><Relationship Id="rId11" Type="http://schemas.openxmlformats.org/officeDocument/2006/relationships/hyperlink" Target="http://tatarschool.ru/" TargetMode="External"/><Relationship Id="rId32" Type="http://schemas.openxmlformats.org/officeDocument/2006/relationships/hyperlink" Target="https://anatele.ef.com/" TargetMode="External"/><Relationship Id="rId37" Type="http://schemas.openxmlformats.org/officeDocument/2006/relationships/hyperlink" Target="http://ganiev.org/" TargetMode="External"/><Relationship Id="rId53" Type="http://schemas.openxmlformats.org/officeDocument/2006/relationships/hyperlink" Target="http://giylem.tatar/" TargetMode="External"/><Relationship Id="rId58" Type="http://schemas.openxmlformats.org/officeDocument/2006/relationships/hyperlink" Target="http://belem.ru/" TargetMode="External"/><Relationship Id="rId74" Type="http://schemas.openxmlformats.org/officeDocument/2006/relationships/hyperlink" Target="https://anatele.ef.com/" TargetMode="External"/><Relationship Id="rId79" Type="http://schemas.openxmlformats.org/officeDocument/2006/relationships/hyperlink" Target="http://ganiev.org/" TargetMode="External"/><Relationship Id="rId102" Type="http://schemas.openxmlformats.org/officeDocument/2006/relationships/fontTable" Target="fontTable.xml"/><Relationship Id="rId5" Type="http://schemas.openxmlformats.org/officeDocument/2006/relationships/footnotes" Target="footnotes.xml"/><Relationship Id="rId90" Type="http://schemas.openxmlformats.org/officeDocument/2006/relationships/hyperlink" Target="http://tatarschool.ru/" TargetMode="External"/><Relationship Id="rId95" Type="http://schemas.openxmlformats.org/officeDocument/2006/relationships/hyperlink" Target="http://giylem.tatar/" TargetMode="External"/><Relationship Id="rId22" Type="http://schemas.openxmlformats.org/officeDocument/2006/relationships/hyperlink" Target="http://belem.ru/" TargetMode="External"/><Relationship Id="rId27" Type="http://schemas.openxmlformats.org/officeDocument/2006/relationships/hyperlink" Target="https://mon.tatarstan.ru/kopil.htm" TargetMode="External"/><Relationship Id="rId43" Type="http://schemas.openxmlformats.org/officeDocument/2006/relationships/hyperlink" Target="http://ganiev.org/" TargetMode="External"/><Relationship Id="rId48" Type="http://schemas.openxmlformats.org/officeDocument/2006/relationships/hyperlink" Target="http://tatarschool.ru/" TargetMode="External"/><Relationship Id="rId64" Type="http://schemas.openxmlformats.org/officeDocument/2006/relationships/hyperlink" Target="http://belem.ru/" TargetMode="External"/><Relationship Id="rId69" Type="http://schemas.openxmlformats.org/officeDocument/2006/relationships/hyperlink" Target="https://mon.tatarstan.ru/kopil.htm" TargetMode="External"/><Relationship Id="rId80" Type="http://schemas.openxmlformats.org/officeDocument/2006/relationships/hyperlink" Target="https://anatele.ef.com/" TargetMode="External"/><Relationship Id="rId85" Type="http://schemas.openxmlformats.org/officeDocument/2006/relationships/hyperlink" Target="http://ganiev.org/" TargetMode="External"/><Relationship Id="rId12" Type="http://schemas.openxmlformats.org/officeDocument/2006/relationships/hyperlink" Target="http://ganiev.org/" TargetMode="External"/><Relationship Id="rId17" Type="http://schemas.openxmlformats.org/officeDocument/2006/relationships/hyperlink" Target="http://giylem.tatar/" TargetMode="External"/><Relationship Id="rId25" Type="http://schemas.openxmlformats.org/officeDocument/2006/relationships/hyperlink" Target="http://ganiev.org/" TargetMode="External"/><Relationship Id="rId33" Type="http://schemas.openxmlformats.org/officeDocument/2006/relationships/hyperlink" Target="https://mon.tatarstan.ru/kopil.htm" TargetMode="External"/><Relationship Id="rId38" Type="http://schemas.openxmlformats.org/officeDocument/2006/relationships/hyperlink" Target="https://anatele.ef.com/" TargetMode="External"/><Relationship Id="rId46" Type="http://schemas.openxmlformats.org/officeDocument/2006/relationships/hyperlink" Target="http://belem.ru/" TargetMode="External"/><Relationship Id="rId59" Type="http://schemas.openxmlformats.org/officeDocument/2006/relationships/hyperlink" Target="http://giylem.tatar/" TargetMode="External"/><Relationship Id="rId67" Type="http://schemas.openxmlformats.org/officeDocument/2006/relationships/hyperlink" Target="http://ganiev.org/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s://anatele.ef.com/" TargetMode="External"/><Relationship Id="rId41" Type="http://schemas.openxmlformats.org/officeDocument/2006/relationships/hyperlink" Target="http://giylem.tatar/" TargetMode="External"/><Relationship Id="rId54" Type="http://schemas.openxmlformats.org/officeDocument/2006/relationships/hyperlink" Target="http://tatarschool.ru/" TargetMode="External"/><Relationship Id="rId62" Type="http://schemas.openxmlformats.org/officeDocument/2006/relationships/hyperlink" Target="https://anatele.ef.com/" TargetMode="External"/><Relationship Id="rId70" Type="http://schemas.openxmlformats.org/officeDocument/2006/relationships/hyperlink" Target="http://belem.ru/" TargetMode="External"/><Relationship Id="rId75" Type="http://schemas.openxmlformats.org/officeDocument/2006/relationships/hyperlink" Target="https://mon.tatarstan.ru/kopil.htm" TargetMode="External"/><Relationship Id="rId83" Type="http://schemas.openxmlformats.org/officeDocument/2006/relationships/hyperlink" Target="http://giylem.tatar/" TargetMode="External"/><Relationship Id="rId88" Type="http://schemas.openxmlformats.org/officeDocument/2006/relationships/hyperlink" Target="http://belem.ru/" TargetMode="External"/><Relationship Id="rId91" Type="http://schemas.openxmlformats.org/officeDocument/2006/relationships/hyperlink" Target="http://ganiev.org/" TargetMode="External"/><Relationship Id="rId96" Type="http://schemas.openxmlformats.org/officeDocument/2006/relationships/hyperlink" Target="http://xn--80aab5b.xn--p1ai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belem.ru/" TargetMode="External"/><Relationship Id="rId23" Type="http://schemas.openxmlformats.org/officeDocument/2006/relationships/hyperlink" Target="http://giylem.tatar/" TargetMode="External"/><Relationship Id="rId28" Type="http://schemas.openxmlformats.org/officeDocument/2006/relationships/hyperlink" Target="http://belem.ru/" TargetMode="External"/><Relationship Id="rId36" Type="http://schemas.openxmlformats.org/officeDocument/2006/relationships/hyperlink" Target="http://tatarschool.ru/" TargetMode="External"/><Relationship Id="rId49" Type="http://schemas.openxmlformats.org/officeDocument/2006/relationships/hyperlink" Target="http://ganiev.org/" TargetMode="External"/><Relationship Id="rId57" Type="http://schemas.openxmlformats.org/officeDocument/2006/relationships/hyperlink" Target="https://mon.tatarstan.ru/kopil.htm" TargetMode="External"/><Relationship Id="rId10" Type="http://schemas.openxmlformats.org/officeDocument/2006/relationships/footer" Target="footer3.xml"/><Relationship Id="rId31" Type="http://schemas.openxmlformats.org/officeDocument/2006/relationships/hyperlink" Target="http://ganiev.org/" TargetMode="External"/><Relationship Id="rId44" Type="http://schemas.openxmlformats.org/officeDocument/2006/relationships/hyperlink" Target="https://anatele.ef.com/" TargetMode="External"/><Relationship Id="rId52" Type="http://schemas.openxmlformats.org/officeDocument/2006/relationships/hyperlink" Target="http://belem.ru/" TargetMode="External"/><Relationship Id="rId60" Type="http://schemas.openxmlformats.org/officeDocument/2006/relationships/hyperlink" Target="http://tatarschool.ru/" TargetMode="External"/><Relationship Id="rId65" Type="http://schemas.openxmlformats.org/officeDocument/2006/relationships/hyperlink" Target="http://giylem.tatar/" TargetMode="External"/><Relationship Id="rId73" Type="http://schemas.openxmlformats.org/officeDocument/2006/relationships/hyperlink" Target="http://ganiev.org/" TargetMode="External"/><Relationship Id="rId78" Type="http://schemas.openxmlformats.org/officeDocument/2006/relationships/hyperlink" Target="http://tatarschool.ru/" TargetMode="External"/><Relationship Id="rId81" Type="http://schemas.openxmlformats.org/officeDocument/2006/relationships/hyperlink" Target="https://mon.tatarstan.ru/kopil.htm" TargetMode="External"/><Relationship Id="rId86" Type="http://schemas.openxmlformats.org/officeDocument/2006/relationships/hyperlink" Target="https://anatele.ef.com/" TargetMode="External"/><Relationship Id="rId94" Type="http://schemas.openxmlformats.org/officeDocument/2006/relationships/hyperlink" Target="http://belem.ru/" TargetMode="External"/><Relationship Id="rId99" Type="http://schemas.openxmlformats.org/officeDocument/2006/relationships/hyperlink" Target="http://ganiev.org/" TargetMode="External"/><Relationship Id="rId101" Type="http://schemas.openxmlformats.org/officeDocument/2006/relationships/hyperlink" Target="http://tatarschool.ru/tatar-tele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3" Type="http://schemas.openxmlformats.org/officeDocument/2006/relationships/hyperlink" Target="https://anatele.ef.com/" TargetMode="External"/><Relationship Id="rId18" Type="http://schemas.openxmlformats.org/officeDocument/2006/relationships/hyperlink" Target="http://tatarschool.ru/" TargetMode="External"/><Relationship Id="rId39" Type="http://schemas.openxmlformats.org/officeDocument/2006/relationships/hyperlink" Target="https://mon.tatarstan.ru/kopil.htm" TargetMode="External"/><Relationship Id="rId34" Type="http://schemas.openxmlformats.org/officeDocument/2006/relationships/hyperlink" Target="http://belem.ru/" TargetMode="External"/><Relationship Id="rId50" Type="http://schemas.openxmlformats.org/officeDocument/2006/relationships/hyperlink" Target="https://anatele.ef.com/" TargetMode="External"/><Relationship Id="rId55" Type="http://schemas.openxmlformats.org/officeDocument/2006/relationships/hyperlink" Target="http://ganiev.org/" TargetMode="External"/><Relationship Id="rId76" Type="http://schemas.openxmlformats.org/officeDocument/2006/relationships/hyperlink" Target="http://belem.ru/" TargetMode="External"/><Relationship Id="rId97" Type="http://schemas.openxmlformats.org/officeDocument/2006/relationships/hyperlink" Target="https://mon.tatarstan.ru/kopil.htm" TargetMode="External"/><Relationship Id="rId7" Type="http://schemas.openxmlformats.org/officeDocument/2006/relationships/header" Target="header1.xml"/><Relationship Id="rId71" Type="http://schemas.openxmlformats.org/officeDocument/2006/relationships/hyperlink" Target="http://giylem.tatar/" TargetMode="External"/><Relationship Id="rId92" Type="http://schemas.openxmlformats.org/officeDocument/2006/relationships/hyperlink" Target="https://anatele.ef.com/" TargetMode="External"/><Relationship Id="rId2" Type="http://schemas.openxmlformats.org/officeDocument/2006/relationships/styles" Target="styles.xml"/><Relationship Id="rId29" Type="http://schemas.openxmlformats.org/officeDocument/2006/relationships/hyperlink" Target="http://giylem.tatar/" TargetMode="External"/><Relationship Id="rId24" Type="http://schemas.openxmlformats.org/officeDocument/2006/relationships/hyperlink" Target="http://tatarschool.ru/" TargetMode="External"/><Relationship Id="rId40" Type="http://schemas.openxmlformats.org/officeDocument/2006/relationships/hyperlink" Target="http://belem.ru/" TargetMode="External"/><Relationship Id="rId45" Type="http://schemas.openxmlformats.org/officeDocument/2006/relationships/hyperlink" Target="https://mon.tatarstan.ru/kopil.htm" TargetMode="External"/><Relationship Id="rId66" Type="http://schemas.openxmlformats.org/officeDocument/2006/relationships/hyperlink" Target="http://tatarschool.ru/" TargetMode="External"/><Relationship Id="rId87" Type="http://schemas.openxmlformats.org/officeDocument/2006/relationships/hyperlink" Target="https://mon.tatarstan.ru/kopil.htm" TargetMode="External"/><Relationship Id="rId61" Type="http://schemas.openxmlformats.org/officeDocument/2006/relationships/hyperlink" Target="http://ganiev.org/" TargetMode="External"/><Relationship Id="rId82" Type="http://schemas.openxmlformats.org/officeDocument/2006/relationships/hyperlink" Target="http://belem.ru/" TargetMode="External"/><Relationship Id="rId19" Type="http://schemas.openxmlformats.org/officeDocument/2006/relationships/hyperlink" Target="http://ganiev.org/" TargetMode="External"/><Relationship Id="rId14" Type="http://schemas.openxmlformats.org/officeDocument/2006/relationships/hyperlink" Target="http://giylem.tatar/" TargetMode="External"/><Relationship Id="rId30" Type="http://schemas.openxmlformats.org/officeDocument/2006/relationships/hyperlink" Target="http://tatarschool.ru/" TargetMode="External"/><Relationship Id="rId35" Type="http://schemas.openxmlformats.org/officeDocument/2006/relationships/hyperlink" Target="http://giylem.tatar/" TargetMode="External"/><Relationship Id="rId56" Type="http://schemas.openxmlformats.org/officeDocument/2006/relationships/hyperlink" Target="https://anatele.ef.com/" TargetMode="External"/><Relationship Id="rId77" Type="http://schemas.openxmlformats.org/officeDocument/2006/relationships/hyperlink" Target="http://giylem.tatar/" TargetMode="External"/><Relationship Id="rId100" Type="http://schemas.openxmlformats.org/officeDocument/2006/relationships/hyperlink" Target="http://syzlek.ru/" TargetMode="External"/><Relationship Id="rId8" Type="http://schemas.openxmlformats.org/officeDocument/2006/relationships/footer" Target="footer1.xml"/><Relationship Id="rId51" Type="http://schemas.openxmlformats.org/officeDocument/2006/relationships/hyperlink" Target="https://mon.tatarstan.ru/kopil.htm" TargetMode="External"/><Relationship Id="rId72" Type="http://schemas.openxmlformats.org/officeDocument/2006/relationships/hyperlink" Target="http://tatarschool.ru/" TargetMode="External"/><Relationship Id="rId93" Type="http://schemas.openxmlformats.org/officeDocument/2006/relationships/hyperlink" Target="https://mon.tatarstan.ru/kopil.htm" TargetMode="External"/><Relationship Id="rId98" Type="http://schemas.openxmlformats.org/officeDocument/2006/relationships/hyperlink" Target="https://anatele.ef.com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11752</Words>
  <Characters>66988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Учитель</cp:lastModifiedBy>
  <cp:revision>2</cp:revision>
  <cp:lastPrinted>2023-09-21T09:05:00Z</cp:lastPrinted>
  <dcterms:created xsi:type="dcterms:W3CDTF">2023-09-30T10:28:00Z</dcterms:created>
  <dcterms:modified xsi:type="dcterms:W3CDTF">2023-09-30T10:28:00Z</dcterms:modified>
</cp:coreProperties>
</file>